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Redes y asistente: cuatro decisiones</w:t>
      </w:r>
    </w:p>
    <w:p>
      <w:r>
        <w:rPr/>
        <w:t>Noviembre arranca el lunes 2 con lo que ya está incluido: su persona de redes publica con el kit listo. Faltan cuatro respuestas; cada una trae su precio, lo que proponemos y qué pasa si no responden.</w:t>
      </w:r>
    </w:p>
    <w:p>
      <w:pPr>
        <w:pStyle w:val="ListBullet"/>
      </w:pPr>
      <w:r>
        <w:rPr>
          <w:b/>
        </w:rPr>
        <w:t>Noviembre</w:t>
      </w:r>
      <w:r>
        <w:br/>
      </w:r>
      <w:r>
        <w:rPr/>
        <w:t>Listo</w:t>
      </w:r>
      <w:r>
        <w:rPr/>
        <w:t xml:space="preserve"> </w:t>
      </w:r>
      <w:r>
        <w:br/>
      </w:r>
      <w:r>
        <w:rPr/>
        <w:t>13 publicaciones; la primera, el lunes 2 de noviembre a las 12 m.</w:t>
      </w:r>
      <w:r>
        <w:rPr/>
        <w:t xml:space="preserve"> </w:t>
      </w:r>
    </w:p>
    <w:p>
      <w:pPr>
        <w:pStyle w:val="ListBullet"/>
      </w:pPr>
      <w:r>
        <w:rPr>
          <w:b/>
        </w:rPr>
        <w:t>Decisiones</w:t>
      </w:r>
      <w:r>
        <w:br/>
      </w:r>
      <w:r>
        <w:rPr/>
        <w:t>Cuatro por responder</w:t>
      </w:r>
      <w:r>
        <w:rPr/>
        <w:t xml:space="preserve"> </w:t>
      </w:r>
      <w:r>
        <w:br/>
      </w:r>
      <w:r>
        <w:rPr/>
        <w:t>Cada una trae su precio y lo que pasa si no responden.</w:t>
      </w:r>
      <w:r>
        <w:rPr/>
        <w:t xml:space="preserve"> </w:t>
      </w:r>
    </w:p>
    <w:p>
      <w:pPr>
        <w:pStyle w:val="ListBullet"/>
      </w:pPr>
      <w:r>
        <w:rPr>
          <w:b/>
        </w:rPr>
        <w:t>Adri, la asistente</w:t>
      </w:r>
      <w:r>
        <w:br/>
      </w:r>
      <w:r>
        <w:rPr/>
        <w:t>Sin encender</w:t>
      </w:r>
      <w:r>
        <w:rPr/>
        <w:t xml:space="preserve"> </w:t>
      </w:r>
      <w:r>
        <w:br/>
      </w:r>
      <w:r>
        <w:rPr/>
        <w:t>La prueba en línea está abierta; para el piloto faltan ocho datos de ustedes.</w:t>
      </w:r>
      <w:r>
        <w:rPr/>
        <w:t xml:space="preserve"> </w:t>
      </w:r>
    </w:p>
    <w:p>
      <w:pPr>
        <w:pStyle w:val="ListBullet"/>
      </w:pPr>
      <w:r>
        <w:rPr>
          <w:b/>
        </w:rPr>
        <w:t>WhatsApp del sitio, fuera de horario</w:t>
      </w:r>
      <w:r>
        <w:br/>
      </w:r>
      <w:r>
        <w:rPr/>
        <w:t>No abre</w:t>
      </w:r>
      <w:r>
        <w:rPr/>
        <w:t xml:space="preserve"> </w:t>
      </w:r>
      <w:r>
        <w:br/>
      </w:r>
      <w:r>
        <w:rPr/>
        <w:t>El botón no abre fuera de horario, cuando se empezaron 21 de los 44 formularios.</w:t>
      </w:r>
    </w:p>
    <w:p>
      <w:pPr>
        <w:pStyle w:val="Heading1"/>
      </w:pPr>
      <w:r>
        <w:rPr/>
        <w:t>01 · Las cuatro decisiones</w:t>
      </w:r>
    </w:p>
    <w:p>
      <w:r>
        <w:rPr/>
        <w:t>Marque una opción en cada una</w:t>
      </w:r>
      <w:r>
        <w:rPr/>
        <w:t>. Los precios son en dólares, al mes, más IVA.</w:t>
      </w:r>
    </w:p>
    <w:p>
      <w:pPr>
        <w:pStyle w:val="Heading2"/>
      </w:pPr>
      <w:r>
        <w:rPr/>
        <w:t>1</w:t>
      </w:r>
      <w:r>
        <w:rPr/>
        <w:t xml:space="preserve"> </w:t>
      </w:r>
      <w:r>
        <w:rPr/>
        <w:t>¿Quién publica en las redes?</w:t>
      </w:r>
    </w:p>
    <w:p>
      <w:r>
        <w:rPr/>
        <w:t>Noviembre ya está armado: 13 publicaciones con pieza, texto, enlace y código. Falta decidir quién las sube.</w:t>
      </w:r>
    </w:p>
    <w:p>
      <w:r>
        <w:rPr/>
        <w:t xml:space="preserve">B y C se suman a la tarifa mensual y necesitan acceso a Facebook e Instagram (decisión 2). </w:t>
      </w:r>
      <w:r>
        <w:rPr/>
        <w:t>Las tres formas, comparadas</w:t>
      </w:r>
      <w:r>
        <w:rPr/>
        <w:t>.</w:t>
      </w:r>
    </w:p>
    <w:p>
      <w:pPr>
        <w:pStyle w:val="ListBullet"/>
      </w:pPr>
      <w:r>
        <w:rPr>
          <w:b/>
        </w:rPr>
        <w:t>A · Su equipo, con el kit</w:t>
      </w:r>
      <w:r>
        <w:br/>
      </w:r>
      <w:r>
        <w:rPr/>
        <w:t>Incluido en la tarifa</w:t>
      </w:r>
      <w:r>
        <w:br/>
      </w:r>
      <w:r>
        <w:rPr/>
        <w:t>Su persona de redes descarga, copia y publica. Así arranca noviembre.</w:t>
      </w:r>
    </w:p>
    <w:p>
      <w:pPr>
        <w:pStyle w:val="ListBullet"/>
      </w:pPr>
      <w:r>
        <w:rPr>
          <w:b/>
        </w:rPr>
        <w:t>B · Publicamos nosotros</w:t>
      </w:r>
      <w:r>
        <w:br/>
      </w:r>
      <w:r>
        <w:rPr/>
        <w:t>USD 295 al mes + IVA</w:t>
      </w:r>
      <w:r>
        <w:br/>
      </w:r>
      <w:r>
        <w:rPr/>
        <w:t>Programamos el calendario, publicamos lo que ustedes aprueban y sumamos alcance y reproducciones al informe.</w:t>
      </w:r>
    </w:p>
    <w:p>
      <w:pPr>
        <w:pStyle w:val="ListBullet"/>
      </w:pPr>
      <w:r>
        <w:rPr>
          <w:b/>
        </w:rPr>
        <w:t>C · Mixto</w:t>
      </w:r>
      <w:r>
        <w:br/>
      </w:r>
      <w:r>
        <w:rPr/>
        <w:t>USD 245 al mes + IVA</w:t>
      </w:r>
      <w:r>
        <w:br/>
      </w:r>
      <w:r>
        <w:rPr/>
        <w:t>Su equipo sigue con lo propio (obras, promociones) y nosotros con el material del sitio, en un solo calendario.</w:t>
      </w:r>
    </w:p>
    <w:p>
      <w:r>
        <w:rPr>
          <w:b/>
        </w:rPr>
        <w:t>Proponemos:</w:t>
      </w:r>
      <w:r>
        <w:rPr/>
        <w:t xml:space="preserve"> A, si su persona de redes puede publicar los tres días por semana del calendario; si no, B. C, si su equipo quiere seguir publicando sus obras y promociones.</w:t>
      </w:r>
    </w:p>
    <w:p>
      <w:r>
        <w:rPr>
          <w:b/>
        </w:rPr>
        <w:t>Si no responde:</w:t>
      </w:r>
      <w:r>
        <w:rPr/>
        <w:t xml:space="preserve"> sigue A: la persona de redes de la empresa publica noviembre con el kit.</w:t>
      </w:r>
    </w:p>
    <w:p>
      <w:pPr>
        <w:pStyle w:val="Heading2"/>
      </w:pPr>
      <w:r>
        <w:rPr/>
        <w:t>2</w:t>
      </w:r>
      <w:r>
        <w:rPr/>
        <w:t xml:space="preserve"> </w:t>
      </w:r>
      <w:r>
        <w:rPr/>
        <w:t>¿Nos dan acceso a Facebook e Instagram?</w:t>
      </w:r>
    </w:p>
    <w:p>
      <w:r>
        <w:rPr/>
        <w:t>Con acceso a sus páginas de Facebook e Instagram medimos el alcance (a cuántas personas les llegó) y las reproducciones de cada publicación, que el informe mensual pide en la cláusula 11.</w:t>
      </w:r>
    </w:p>
    <w:p>
      <w:pPr>
        <w:pStyle w:val="ListBullet"/>
      </w:pPr>
      <w:r>
        <w:rPr>
          <w:b/>
        </w:rPr>
        <w:t>Sí, para ver estadísticas</w:t>
      </w:r>
      <w:r>
        <w:br/>
      </w:r>
      <w:r>
        <w:rPr/>
        <w:t>Un rol que solo permite ver resultados; no publica nada.</w:t>
      </w:r>
    </w:p>
    <w:p>
      <w:pPr>
        <w:pStyle w:val="ListBullet"/>
      </w:pPr>
      <w:r>
        <w:rPr>
          <w:b/>
        </w:rPr>
        <w:t>Sí, para ver y publicar</w:t>
      </w:r>
      <w:r>
        <w:br/>
      </w:r>
      <w:r>
        <w:rPr/>
        <w:t>Hace falta solo si eligen B o C.</w:t>
      </w:r>
    </w:p>
    <w:p>
      <w:pPr>
        <w:pStyle w:val="ListBullet"/>
      </w:pPr>
      <w:r>
        <w:rPr>
          <w:b/>
        </w:rPr>
        <w:t>Todavía no</w:t>
      </w:r>
      <w:r>
        <w:br/>
      </w:r>
      <w:r>
        <w:rPr/>
        <w:t>El informe sigue sin alcance ni reproducciones.</w:t>
      </w:r>
    </w:p>
    <w:p>
      <w:r>
        <w:rPr>
          <w:b/>
        </w:rPr>
        <w:t>Proponemos:</w:t>
      </w:r>
      <w:r>
        <w:rPr/>
        <w:t xml:space="preserve"> un rol para ver estadísticas; el de publicar, solo con B o C.</w:t>
      </w:r>
    </w:p>
    <w:p>
      <w:r>
        <w:rPr>
          <w:b/>
        </w:rPr>
        <w:t>Si no responde:</w:t>
      </w:r>
      <w:r>
        <w:rPr/>
        <w:t xml:space="preserve"> el informe mensual sigue diciendo «Requiere acceso» en alcance y reproducciones.</w:t>
      </w:r>
    </w:p>
    <w:p>
      <w:pPr>
        <w:pStyle w:val="Heading2"/>
      </w:pPr>
      <w:r>
        <w:rPr/>
        <w:t>3</w:t>
      </w:r>
      <w:r>
        <w:rPr/>
        <w:t xml:space="preserve"> </w:t>
      </w:r>
      <w:r>
        <w:rPr/>
        <w:t>¿Encendemos el piloto de Adri?</w:t>
      </w:r>
    </w:p>
    <w:p>
      <w:r>
        <w:rPr/>
        <w:t>Adri es la asistente virtual del sitio: atiende fuera de horario, no da precios y le pasa cada solicitud a un asesor. El piloto de 30 días no tiene costo inicial (cláusula 9.3).</w:t>
      </w:r>
    </w:p>
    <w:p>
      <w:r>
        <w:rPr>
          <w:b/>
        </w:rPr>
        <w:t>Si deciden seguir el día 30</w:t>
      </w:r>
      <w:r>
        <w:rPr/>
        <w:t xml:space="preserve"> (se suma a la tarifa mensual):</w:t>
      </w:r>
    </w:p>
    <w:p>
      <w:pPr>
        <w:pStyle w:val="ListBullet"/>
      </w:pPr>
      <w:r>
        <w:rPr/>
        <w:t xml:space="preserve">Solo en el sitio web: </w:t>
      </w:r>
      <w:r>
        <w:rPr>
          <w:b/>
        </w:rPr>
        <w:t>USD 195 al mes + IVA</w:t>
      </w:r>
    </w:p>
    <w:p>
      <w:pPr>
        <w:pStyle w:val="ListBullet"/>
      </w:pPr>
      <w:r>
        <w:rPr/>
        <w:t xml:space="preserve">En el sitio y en WhatsApp: </w:t>
      </w:r>
      <w:r>
        <w:rPr>
          <w:b/>
        </w:rPr>
        <w:t>USD 495 al mes + IVA</w:t>
      </w:r>
    </w:p>
    <w:p>
      <w:r>
        <w:rPr/>
        <w:t>Con WhatsApp, Adri también contesta en el WhatsApp de la empresa, al momento y con las mismas reglas. Abrir el botón fuera de horario (decisión 4) no tiene costo, pero ahí el mensaje espera a su equipo hasta el siguiente día hábil.</w:t>
      </w:r>
    </w:p>
    <w:p>
      <w:pPr>
        <w:pStyle w:val="ListBullet"/>
      </w:pPr>
      <w:r>
        <w:rPr>
          <w:b/>
        </w:rPr>
        <w:t>Sí, empezando por la semana de prueba</w:t>
      </w:r>
      <w:r>
        <w:br/>
      </w:r>
      <w:r>
        <w:rPr/>
        <w:t>Sin costo inicial</w:t>
      </w:r>
      <w:r>
        <w:br/>
      </w:r>
      <w:r>
        <w:rPr/>
        <w:t>Su equipo de ventas la prueba una semana; después, 30 días en el sitio, solo fuera de horario.</w:t>
      </w:r>
    </w:p>
    <w:p>
      <w:pPr>
        <w:pStyle w:val="ListBullet"/>
      </w:pPr>
      <w:r>
        <w:rPr>
          <w:b/>
        </w:rPr>
        <w:t>Todavía no</w:t>
      </w:r>
      <w:r>
        <w:br/>
      </w:r>
      <w:r>
        <w:rPr/>
        <w:t>La prueba en línea sigue abierta para que la conozcan.</w:t>
      </w:r>
    </w:p>
    <w:p>
      <w:r>
        <w:rPr>
          <w:b/>
        </w:rPr>
        <w:t>Proponemos:</w:t>
      </w:r>
      <w:r>
        <w:rPr/>
        <w:t xml:space="preserve"> sí, empezando por la semana de prueba. Para encenderla faltan </w:t>
      </w:r>
      <w:r>
        <w:rPr/>
        <w:t>ocho datos</w:t>
      </w:r>
      <w:r>
        <w:rPr/>
        <w:t>.</w:t>
      </w:r>
    </w:p>
    <w:p>
      <w:r>
        <w:rPr>
          <w:b/>
        </w:rPr>
        <w:t>Si no responde:</w:t>
      </w:r>
      <w:r>
        <w:rPr/>
        <w:t xml:space="preserve"> Adri no se enciende; la prueba en línea sigue disponible.</w:t>
      </w:r>
    </w:p>
    <w:p>
      <w:pPr>
        <w:pStyle w:val="Heading2"/>
      </w:pPr>
      <w:r>
        <w:rPr/>
        <w:t>4</w:t>
      </w:r>
      <w:r>
        <w:rPr/>
        <w:t xml:space="preserve"> </w:t>
      </w:r>
      <w:r>
        <w:rPr/>
        <w:t>¿Abrimos el WhatsApp del sitio fuera de horario?</w:t>
      </w:r>
    </w:p>
    <w:p>
      <w:r>
        <w:rPr/>
        <w:t>De lunes a viernes, de 8 a. m. a 5:30 p. m., el botón abre WhatsApp. Fuera de ese horario muestra «Regresaremos para atenderle en horario de oficina» y no abre.</w:t>
      </w:r>
    </w:p>
    <w:p>
      <w:r>
        <w:rPr/>
        <w:t>Formularios empezados fuera de horario</w:t>
      </w:r>
      <w:r>
        <w:rPr/>
        <w:t xml:space="preserve"> </w:t>
      </w:r>
      <w:r>
        <w:rPr/>
        <w:t>21 de 44</w:t>
      </w:r>
    </w:p>
    <w:p>
      <w:r>
        <w:rPr/>
        <w:t>Clics a WhatsApp fuera de horario (el botón no abre)</w:t>
      </w:r>
      <w:r>
        <w:rPr/>
        <w:t xml:space="preserve"> </w:t>
      </w:r>
      <w:r>
        <w:rPr/>
        <w:t>0 de 124</w:t>
      </w:r>
    </w:p>
    <w:p>
      <w:r>
        <w:rPr/>
        <w:t>Estadísticas del sitio, del 1 de abril al 8 de octubre de 2026.</w:t>
      </w:r>
    </w:p>
    <w:p>
      <w:pPr>
        <w:pStyle w:val="ListBullet"/>
      </w:pPr>
      <w:r>
        <w:rPr>
          <w:b/>
        </w:rPr>
        <w:t>Sí, abrirlo con un aviso</w:t>
      </w:r>
      <w:r>
        <w:br/>
      </w:r>
      <w:r>
        <w:rPr/>
        <w:t>Sin costo</w:t>
      </w:r>
      <w:r>
        <w:br/>
      </w:r>
      <w:r>
        <w:rPr/>
        <w:t>Fuera de horario abre WhatsApp con un aviso como «Le respondemos el siguiente día hábil». Es un ajuste del sitio, sin Adri.</w:t>
      </w:r>
    </w:p>
    <w:p>
      <w:pPr>
        <w:pStyle w:val="ListBullet"/>
      </w:pPr>
      <w:r>
        <w:rPr>
          <w:b/>
        </w:rPr>
        <w:t>Dejarlo como hoy</w:t>
      </w:r>
      <w:r>
        <w:br/>
      </w:r>
      <w:r>
        <w:rPr/>
        <w:t>Fuera de horario sigue sin abrir.</w:t>
      </w:r>
    </w:p>
    <w:p>
      <w:r>
        <w:rPr>
          <w:b/>
        </w:rPr>
        <w:t>Proponemos:</w:t>
      </w:r>
      <w:r>
        <w:rPr/>
        <w:t xml:space="preserve"> sí, desde ya: no tiene costo (cláusula 10) y no depende del piloto.</w:t>
      </w:r>
    </w:p>
    <w:p>
      <w:r>
        <w:rPr>
          <w:b/>
        </w:rPr>
        <w:t>Si no responde:</w:t>
      </w:r>
      <w:r>
        <w:rPr/>
        <w:t xml:space="preserve"> queda como hoy.</w:t>
      </w:r>
    </w:p>
    <w:p>
      <w:r>
        <w:rPr/>
        <w:t>Si prefiere responder por escrito: anote el número de cada decisión y la opción elegida, y envíe esa lista a cloud@boostaiagency.com.</w:t>
      </w:r>
    </w:p>
    <w:p>
      <w:pPr>
        <w:pStyle w:val="Heading1"/>
      </w:pPr>
      <w:r>
        <w:rPr/>
        <w:t>02 · Ya resuelto</w:t>
      </w:r>
    </w:p>
    <w:p>
      <w:r>
        <w:rPr/>
        <w:t>Lo demás que estaba abierto queda así, salvo que ustedes digan otra cosa.</w:t>
      </w:r>
    </w:p>
    <w:p>
      <w:pPr>
        <w:pStyle w:val="ListBullet"/>
      </w:pPr>
      <w:r>
        <w:rPr>
          <w:b/>
        </w:rPr>
        <w:t>Quién aprueba cada publicación</w:t>
      </w:r>
      <w:r>
        <w:br/>
      </w:r>
      <w:r>
        <w:rPr/>
        <w:t>Con A, su persona de redes revisa cada texto antes de publicarlo y puede ajustarlo a su estilo. Con B o C, nos dicen quién aprueba y en qué plazo.</w:t>
      </w:r>
    </w:p>
    <w:p>
      <w:pPr>
        <w:pStyle w:val="ListBullet"/>
      </w:pPr>
      <w:r>
        <w:rPr>
          <w:b/>
        </w:rPr>
        <w:t>La página anterior de Facebook</w:t>
      </w:r>
      <w:r>
        <w:br/>
      </w:r>
      <w:r>
        <w:rPr/>
        <w:t>No se publica en ella. Tiene unos 4 200 seguidores, otra dirección y otro teléfono en la portada, y no publica desde el 21 de noviembre de 2022. Queda como está hasta que ustedes decidan dirigirla a la página activa o cerrarla.</w:t>
      </w:r>
    </w:p>
    <w:p>
      <w:pPr>
        <w:pStyle w:val="ListBullet"/>
      </w:pPr>
      <w:r>
        <w:rPr>
          <w:b/>
        </w:rPr>
        <w:t>LinkedIn</w:t>
      </w:r>
      <w:r>
        <w:br/>
      </w:r>
      <w:r>
        <w:rPr/>
        <w:t>No se abre por ahora. Las tres publicaciones de noviembre para profesionales salen en Facebook e Instagram; se revisa en enero, con lo medido.</w:t>
      </w:r>
    </w:p>
    <w:p>
      <w:pPr>
        <w:pStyle w:val="ListBullet"/>
      </w:pPr>
      <w:r>
        <w:rPr>
          <w:b/>
        </w:rPr>
        <w:t>Quién recibe las solicitudes de Adri</w:t>
      </w:r>
      <w:r>
        <w:br/>
      </w:r>
      <w:r>
        <w:rPr/>
        <w:t xml:space="preserve">Se define antes de encenderla: es el primer punto de </w:t>
      </w:r>
      <w:r>
        <w:rPr/>
        <w:t>la lista de la sección 04</w:t>
      </w:r>
      <w:r>
        <w:rPr/>
        <w:t>.</w:t>
      </w:r>
    </w:p>
    <w:p>
      <w:pPr>
        <w:pStyle w:val="Heading1"/>
      </w:pPr>
      <w:r>
        <w:rPr/>
        <w:t>03 · Noviembre arranca el lunes 2</w:t>
      </w:r>
    </w:p>
    <w:p>
      <w:r>
        <w:rPr/>
        <w:t>13 publicaciones listas para su persona de redes, cada una en tres pasos.</w:t>
      </w:r>
    </w:p>
    <w:p>
      <w:r>
        <w:rPr>
          <w:b/>
        </w:rPr>
        <w:t>Primera publicación</w:t>
      </w:r>
    </w:p>
    <w:p>
      <w:r>
        <w:rPr>
          <w:b/>
        </w:rPr>
        <w:t>Lunes 2 de noviembre · 12 m.</w:t>
      </w:r>
    </w:p>
    <w:p>
      <w:r>
        <w:rPr/>
        <w:t>N.º 1 · Video · Facebook, Instagram y Estado de WhatsApp</w:t>
      </w:r>
    </w:p>
    <w:p>
      <w:pPr>
        <w:pStyle w:val="ListNumber"/>
      </w:pPr>
      <w:r>
        <w:rPr>
          <w:b/>
        </w:rPr>
        <w:t>Descargue la pieza</w:t>
      </w:r>
      <w:r>
        <w:br/>
      </w:r>
      <w:r>
        <w:rPr/>
        <w:t>Cada publicación tiene su botón, con el archivo listo para subir.</w:t>
      </w:r>
    </w:p>
    <w:p>
      <w:pPr>
        <w:pStyle w:val="ListNumber"/>
      </w:pPr>
      <w:r>
        <w:rPr>
          <w:b/>
        </w:rPr>
        <w:t>Copie el texto de su red</w:t>
      </w:r>
      <w:r>
        <w:br/>
      </w:r>
      <w:r>
        <w:rPr/>
        <w:t>Facebook, Instagram o Estado de WhatsApp: el texto exacto, con su enlace.</w:t>
      </w:r>
    </w:p>
    <w:p>
      <w:pPr>
        <w:pStyle w:val="ListNumber"/>
      </w:pPr>
      <w:r>
        <w:rPr>
          <w:b/>
        </w:rPr>
        <w:t>Publíquela a la hora sugerida</w:t>
      </w:r>
      <w:r>
        <w:br/>
      </w:r>
      <w:r>
        <w:rPr/>
        <w:t>El día y la hora están en cada publicación.</w:t>
      </w:r>
    </w:p>
    <w:p>
      <w:r>
        <w:rPr/>
        <w:t>Cada enlace lleva el código de su publicación (</w:t>
      </w:r>
      <w:r>
        <w:rPr/>
        <w:t>NOV-01</w:t>
      </w:r>
      <w:r>
        <w:rPr/>
        <w:t xml:space="preserve"> a </w:t>
      </w:r>
      <w:r>
        <w:rPr/>
        <w:t>NOV-13</w:t>
      </w:r>
      <w:r>
        <w:rPr/>
        <w:t>): no lo cambie ni lo acorte, así se sabe qué publicación trajo cada visita y cada mensaje.</w:t>
      </w:r>
    </w:p>
    <w:p>
      <w:r>
        <w:rPr/>
        <w:t>Para reenviárselo a su persona de redes:</w:t>
      </w:r>
    </w:p>
    <w:p>
      <w:r>
        <w:rPr/>
        <w:t>https://informes.techosbarboza.cr/hoja-de-ruta/noviembre.html</w:t>
      </w:r>
    </w:p>
    <w:p>
      <w:pPr>
        <w:pStyle w:val="Heading1"/>
      </w:pPr>
      <w:r>
        <w:rPr/>
        <w:t>04 · Lo que necesitamos para encender a Adri</w:t>
      </w:r>
    </w:p>
    <w:p>
      <w:r>
        <w:rPr/>
        <w:t>Ocho datos. Mientras falten, Adri no los inventa: responde que un asesor lo confirma. Antes de encenderla les entregamos por escrito lo que dirá, para su visto bueno (cláusula 5).</w:t>
      </w:r>
    </w:p>
    <w:p>
      <w:pPr>
        <w:pStyle w:val="ListNumber"/>
      </w:pPr>
      <w:r>
        <w:rPr>
          <w:b/>
        </w:rPr>
        <w:t>Quién recibe las solicitudes</w:t>
      </w:r>
      <w:r>
        <w:br/>
      </w:r>
      <w:r>
        <w:rPr/>
        <w:t>El nombre del asesor, por qué medio le llegan (correo o WhatsApp) y en qué horario las atiende.</w:t>
      </w:r>
    </w:p>
    <w:p>
      <w:pPr>
        <w:pStyle w:val="ListNumber"/>
      </w:pPr>
      <w:r>
        <w:rPr>
          <w:b/>
        </w:rPr>
        <w:t>Las zonas que atienden</w:t>
      </w:r>
      <w:r>
        <w:br/>
      </w:r>
      <w:r>
        <w:rPr/>
        <w:t>La lista de cantones o zonas.</w:t>
      </w:r>
      <w:r>
        <w:br/>
      </w:r>
      <w:r>
        <w:rPr/>
        <w:t>Hoy Adri anota la zona y dice que un asesor confirma si llegan.</w:t>
      </w:r>
    </w:p>
    <w:p>
      <w:pPr>
        <w:pStyle w:val="ListNumber"/>
      </w:pPr>
      <w:r>
        <w:rPr>
          <w:b/>
        </w:rPr>
        <w:t>Horario y dirección</w:t>
      </w:r>
      <w:r>
        <w:br/>
      </w:r>
      <w:r>
        <w:rPr/>
        <w:t>¿Cierran a las 5 p. m. o a las 5:30 p. m.? Y la dirección y el horario de la oficina y del almacén.</w:t>
      </w:r>
      <w:r>
        <w:br/>
      </w:r>
      <w:r>
        <w:rPr/>
        <w:t>Hoy Adri usa el horario del botón del sitio: de 8 a. m. a 5:30 p. m.</w:t>
      </w:r>
    </w:p>
    <w:p>
      <w:pPr>
        <w:pStyle w:val="ListNumber"/>
      </w:pPr>
      <w:r>
        <w:rPr>
          <w:b/>
        </w:rPr>
        <w:t>La visita técnica y la cotización sin costo</w:t>
      </w:r>
      <w:r>
        <w:br/>
      </w:r>
      <w:r>
        <w:rPr/>
        <w:t>En qué zonas, desde qué tamaño de trabajo y en cuánto tiempo se coordina la visita, y si siempre se entrega un informe escrito con fotos.</w:t>
      </w:r>
    </w:p>
    <w:p>
      <w:pPr>
        <w:pStyle w:val="ListNumber"/>
      </w:pPr>
      <w:r>
        <w:rPr>
          <w:b/>
        </w:rPr>
        <w:t>Las garantías</w:t>
      </w:r>
      <w:r>
        <w:br/>
      </w:r>
      <w:r>
        <w:rPr/>
        <w:t>Qué cubre la «garantía total» que menciona el sitio; cuánto dura y qué condiciones tiene la garantía de fábrica de BP; y si la de instalación se entrega por escrito.</w:t>
      </w:r>
      <w:r>
        <w:br/>
      </w:r>
      <w:r>
        <w:rPr/>
        <w:t>Hoy Adri solo dice la de instalación: 3 años en 3-Tab y 6 años en 3D.</w:t>
      </w:r>
    </w:p>
    <w:p>
      <w:pPr>
        <w:pStyle w:val="ListNumber"/>
      </w:pPr>
      <w:r>
        <w:rPr>
          <w:b/>
        </w:rPr>
        <w:t>Los productos</w:t>
      </w:r>
      <w:r>
        <w:br/>
      </w:r>
      <w:r>
        <w:rPr/>
        <w:t>Los modelos y colores de BP que ofrecen hoy, los materiales complementarios disponibles y si venden material a particulares.</w:t>
      </w:r>
    </w:p>
    <w:p>
      <w:pPr>
        <w:pStyle w:val="ListNumber"/>
      </w:pPr>
      <w:r>
        <w:rPr>
          <w:b/>
        </w:rPr>
        <w:t>Lo que puede decir de la empresa</w:t>
      </w:r>
      <w:r>
        <w:br/>
      </w:r>
      <w:r>
        <w:rPr/>
        <w:t>El nombre legal, si atienden condominios y comercios, si puede mencionar obras reales y qué puede decir de formas de pago.</w:t>
      </w:r>
    </w:p>
    <w:p>
      <w:pPr>
        <w:pStyle w:val="ListNumber"/>
      </w:pPr>
      <w:r>
        <w:rPr>
          <w:b/>
        </w:rPr>
        <w:t>Cuatro datos que el sitio dice de dos maneras</w:t>
      </w:r>
      <w:r>
        <w:br/>
      </w:r>
      <w:r>
        <w:rPr/>
        <w:t>Los años de experiencia, la pendiente mínima del techo, cada cuánto lavarlo y si necesita mantenimiento.</w:t>
      </w:r>
      <w:r>
        <w:br/>
      </w:r>
      <w:r>
        <w:rPr/>
        <w:t>Hoy Adri dice: más de 15 años de experiencia; pendiente mínima de 21 %; lavarlo cada 1 a 2 años; y que requiere revisiones y limpieza periódicas.</w:t>
      </w:r>
    </w:p>
    <w:p>
      <w:pPr>
        <w:pStyle w:val="Heading1"/>
      </w:pPr>
      <w:r>
        <w:rPr/>
        <w:t>05 · Cómo encaja todo</w:t>
      </w:r>
    </w:p>
    <w:p>
      <w:r>
        <w:rPr/>
        <w:t>Las cuatro etapas por las que pasa un cliente, de enterarse a escribir. Las redes llenan las etapas; la atención fuera de horario evita que se pierda la consulta de quien escribe de noche o en fin de semana.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56273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ex-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627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/>
        <w:t>Llevar a las redes lo que ya funciona en Google</w:t>
      </w:r>
    </w:p>
    <w:p>
      <w:r>
        <w:rPr/>
        <w:t>El material que se produce cada mes para el sitio, en Facebook, Instagram y WhatsApp, para las cuatro etapas. Cada enlace lleva un código para saber qué publicación trajo cada contacto.</w:t>
      </w:r>
    </w:p>
    <w:p>
      <w:pPr>
        <w:pStyle w:val="Heading2"/>
      </w:pPr>
      <w:r>
        <w:rPr/>
        <w:t>Menos consultas sin respuesta fuera de horario</w:t>
      </w:r>
    </w:p>
    <w:p>
      <w:r>
        <w:rPr/>
        <w:t>Para quien quiere hablar con la empresa de noche o en fin de semana: Adri en el sitio (decisión 3) o el WhatsApp abierto con un aviso (decisión 4).</w:t>
      </w:r>
    </w:p>
    <w:p>
      <w:r>
        <w:rPr/>
        <w:t>¿Y si al cliente no le gusta hablar con una asistente? Lo que muestran los casos →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91164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ex-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9116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Title"/>
      </w:pPr>
      <w:r>
        <w:rPr/>
        <w:t>Del sitio a las redes</w:t>
      </w:r>
    </w:p>
    <w:p>
      <w:r>
        <w:rPr/>
        <w:t>Cada mes se producen artículos, imágenes, infografías y videos pensados para Google. La propuesta es darles una segunda vida en Facebook, Instagram y WhatsApp, junto con lo que su equipo ya publica, no en su lugar. Noviembre ya está armado y arranca el lunes 2.</w:t>
      </w:r>
    </w:p>
    <w:p>
      <w:pPr>
        <w:pStyle w:val="Heading1"/>
      </w:pPr>
      <w:r>
        <w:rPr/>
        <w:t>01 · Lo que ya está listo</w:t>
      </w:r>
    </w:p>
    <w:p>
      <w:r>
        <w:rPr/>
        <w:t>Material de los ciclos mensuales, con el logo de la empresa en cada pieza.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9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des-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990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9"/>
              </w:rPr>
              <w:t>Tipo de pieza</w:t>
            </w:r>
          </w:p>
        </w:tc>
        <w:tc>
          <w:tcPr>
            <w:tcW w:type="dxa" w:w="4986"/>
          </w:tcPr>
          <w:p>
            <w:r>
              <w:rPr>
                <w:b/>
                <w:sz w:val="19"/>
              </w:rPr>
              <w:t>Cantidad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Infografías · dudas comunes en una imagen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72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Imágenes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66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Reels y clips animados · casi todos verticales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45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Videos de escena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30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Videos estilo testimonio (actuados)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30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234105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des-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41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/>
        <w:t>02 · Lo que ya hace su equipo</w:t>
      </w:r>
    </w:p>
    <w:p>
      <w:r>
        <w:rPr/>
        <w:t>Revisión de las páginas públicas del 9 de octubre. Las cifras son las que muestra cada red, redondeadas por ella.</w:t>
      </w:r>
    </w:p>
    <w:p>
      <w:r>
        <w:rPr>
          <w:b/>
        </w:rPr>
        <w:t>Instagram · @techosbarboza.cr</w:t>
      </w:r>
    </w:p>
    <w:p>
      <w:r>
        <w:rPr/>
        <w:t>281 seguidores</w:t>
      </w:r>
    </w:p>
    <w:p>
      <w:pPr>
        <w:pStyle w:val="ListBullet"/>
      </w:pPr>
      <w:r>
        <w:rPr/>
        <w:t>9 publicaciones entre el 9 de setiembre y el 8 de octubre: unas dos por semana, después de varios meses sin actividad en la cuenta.</w:t>
      </w:r>
    </w:p>
    <w:p>
      <w:pPr>
        <w:pStyle w:val="ListBullet"/>
      </w:pPr>
      <w:r>
        <w:rPr/>
        <w:t>Ya les habla a los profesionales («para profesionales que saben instalar»), no solo a dueños de casa.</w:t>
      </w:r>
    </w:p>
    <w:p>
      <w:pPr>
        <w:pStyle w:val="ListBullet"/>
      </w:pPr>
      <w:r>
        <w:rPr/>
        <w:t>De 6 historias destacadas, 2 llevan el nombre de marcas distintas de BP: conviene revisarlas (según el acta TB-0016).</w:t>
      </w:r>
    </w:p>
    <w:p>
      <w:r>
        <w:rPr>
          <w:b/>
        </w:rPr>
        <w:t>Facebook · página activa</w:t>
      </w:r>
    </w:p>
    <w:p>
      <w:r>
        <w:rPr/>
        <w:t>unos 3 100 seguidores</w:t>
      </w:r>
    </w:p>
    <w:p>
      <w:pPr>
        <w:pStyle w:val="ListBullet"/>
      </w:pPr>
      <w:r>
        <w:rPr/>
        <w:t>Tiene el botón de WhatsApp y la dirección de Guadalupe; la portada se renovó el 8 de octubre.</w:t>
      </w:r>
    </w:p>
    <w:p>
      <w:pPr>
        <w:pStyle w:val="ListBullet"/>
      </w:pPr>
      <w:r>
        <w:rPr/>
        <w:t>Publica diseños propios (la serie «Teja asfáltica…») y reels de obras terminadas.</w:t>
      </w:r>
    </w:p>
    <w:p>
      <w:pPr>
        <w:pStyle w:val="ListBullet"/>
      </w:pPr>
      <w:r>
        <w:rPr/>
        <w:t>Todavía no usa el material que se produce cada mes para el sitio.</w:t>
      </w:r>
    </w:p>
    <w:p>
      <w:r>
        <w:rPr>
          <w:b/>
        </w:rPr>
        <w:t>Facebook · página anterior</w:t>
      </w:r>
    </w:p>
    <w:p>
      <w:r>
        <w:rPr/>
        <w:t>unos 4 200 seguidores</w:t>
      </w:r>
    </w:p>
    <w:p>
      <w:pPr>
        <w:pStyle w:val="ListBullet"/>
      </w:pPr>
      <w:r>
        <w:rPr/>
        <w:t>Última publicación visible: 21 de noviembre de 2022.</w:t>
      </w:r>
    </w:p>
    <w:p>
      <w:pPr>
        <w:pStyle w:val="ListBullet"/>
      </w:pPr>
      <w:r>
        <w:rPr/>
        <w:t>Su portada muestra otra dirección (Ochomogo) y un teléfono distinto de los oficiales.</w:t>
      </w:r>
    </w:p>
    <w:p>
      <w:pPr>
        <w:pStyle w:val="ListBullet"/>
      </w:pPr>
      <w:r>
        <w:rPr/>
        <w:t>Tiene más seguidores que la página activa. No se publica en ella: queda como está hasta que ustedes decidan dirigirla a la página activa o cerrarla.</w:t>
      </w:r>
    </w:p>
    <w:p>
      <w:r>
        <w:rPr>
          <w:b/>
        </w:rPr>
        <w:t>LinkedIn</w:t>
      </w:r>
    </w:p>
    <w:p>
      <w:r>
        <w:rPr/>
        <w:t>Sin página de empresa</w:t>
      </w:r>
    </w:p>
    <w:p>
      <w:pPr>
        <w:pStyle w:val="ListBullet"/>
      </w:pPr>
      <w:r>
        <w:rPr/>
        <w:t>Aparecen perfiles de personas que trabajan o trabajaron en la empresa, pero ninguna página de Techos Barboza.</w:t>
      </w:r>
    </w:p>
    <w:p>
      <w:pPr>
        <w:pStyle w:val="ListBullet"/>
      </w:pPr>
      <w:r>
        <w:rPr/>
        <w:t>Es el canal de arquitectos, ingenieros y constructoras. Por ahora no se abre: las publicaciones para profesionales salen en Facebook e Instagram, y se revisa en enero con lo medido.</w:t>
      </w:r>
    </w:p>
    <w:p>
      <w:r>
        <w:rPr>
          <w:b/>
        </w:rPr>
        <w:t>Lo que más se ve</w:t>
      </w:r>
    </w:p>
    <w:p>
      <w:pPr>
        <w:pStyle w:val="Heading2"/>
      </w:pPr>
      <w:r>
        <w:rPr/>
        <w:t>Los techos reales</w:t>
      </w:r>
    </w:p>
    <w:p>
      <w:r>
        <w:rPr/>
        <w:t>En su página de Facebook, de los reels que muestran su contador, los más vistos son tomas de techos ya instalados, con dron o de cerca: unos 2 500, unos 1 000, 992 y 712 reproducciones. Las piezas gráficas con texto quedaron en 77 y 493.</w:t>
      </w:r>
    </w:p>
    <w:p>
      <w:r>
        <w:rPr/>
        <w:t>La conclusión es práctica: las tomas de obra que ya hace su equipo son lo que más atrae, y el material del sitio sirve para lo que viene después —responder las dudas de quien ya está comparando—. Se complementan.</w:t>
      </w:r>
    </w:p>
    <w:p>
      <w:pPr>
        <w:pStyle w:val="Heading1"/>
      </w:pPr>
      <w:r>
        <w:rPr/>
        <w:t>03 · Un artículo, ocho usos</w:t>
      </w:r>
    </w:p>
    <w:p>
      <w:r>
        <w:rPr/>
        <w:t>Así rinde un solo tema en todos los canales. Los artículos ya están escritos y publicados en el sitio (los cinco de setiembre esperan su revisión); convertirlos en publicaciones es la parte que falta.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247117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des-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711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/>
        <w:t>04 · El recorrido del cliente, etapa por etapa</w:t>
      </w:r>
    </w:p>
    <w:p>
      <w:r>
        <w:rPr/>
        <w:t xml:space="preserve">Qué se publica, dónde y cómo se sabe si funcionó, según el momento en que está la persona. Lo de noviembre sale del calendario del mes; cómo se reparte en la semana está en </w:t>
      </w:r>
      <w:r>
        <w:rPr/>
        <w:t>la semana tipo</w:t>
      </w:r>
      <w:r>
        <w:rPr/>
        <w:t>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5206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des-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20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/>
        <w:t>05 · Dos públicos</w:t>
      </w:r>
    </w:p>
    <w:p>
      <w:r>
        <w:rPr>
          <w:b/>
        </w:rPr>
        <w:t>Público 1</w:t>
      </w:r>
    </w:p>
    <w:p>
      <w:pPr>
        <w:pStyle w:val="Heading2"/>
      </w:pPr>
      <w:r>
        <w:rPr/>
        <w:t>Dueños de casa y quienes construyen</w:t>
      </w:r>
    </w:p>
    <w:p>
      <w:r>
        <w:rPr/>
        <w:t>Facebook, Instagram y WhatsApp. Problemas concretos y lenguaje llano: goteras, calor, ruido con la lluvia, cuánto dura, cómo se cuida. Es el público de la mayoría de los artículos.</w:t>
      </w:r>
    </w:p>
    <w:p>
      <w:r>
        <w:rPr>
          <w:b/>
        </w:rPr>
        <w:t>Público 2</w:t>
      </w:r>
    </w:p>
    <w:p>
      <w:pPr>
        <w:pStyle w:val="Heading2"/>
      </w:pPr>
      <w:r>
        <w:rPr/>
        <w:t>Arquitectos, ingenieros, constructoras e instaladores</w:t>
      </w:r>
    </w:p>
    <w:p>
      <w:r>
        <w:rPr/>
        <w:t>Instagram, donde su equipo ya les habla, y Facebook: comparativos técnicos, especificación, componentes del sistema y la distribución exclusiva de BP en Costa Rica. LinkedIn no se abre por ahora; se revisa en enero, con lo medido.</w:t>
      </w:r>
    </w:p>
    <w:p>
      <w:pPr>
        <w:pStyle w:val="Heading1"/>
      </w:pPr>
      <w:r>
        <w:rPr/>
        <w:t>06 · Tres formas de trabajar</w:t>
      </w:r>
    </w:p>
    <w:p>
      <w:r>
        <w:rPr/>
        <w:t xml:space="preserve">A está incluida en la tarifa mensual: usa el material de la cláusula 9.2, con los textos, los enlaces y el calendario. B y C se suman a la tarifa; los precios son en dólares, al mes, más IVA. Se elige en </w:t>
      </w:r>
      <w:r>
        <w:rPr/>
        <w:t>la decisión 1</w:t>
      </w:r>
      <w:r>
        <w:rPr/>
        <w:t>.</w:t>
      </w:r>
    </w:p>
    <w:p>
      <w:r>
        <w:rPr>
          <w:b/>
        </w:rPr>
        <w:t>A · Su equipo</w:t>
      </w:r>
    </w:p>
    <w:p>
      <w:pPr>
        <w:pStyle w:val="Heading2"/>
      </w:pPr>
      <w:r>
        <w:rPr/>
        <w:t>Su persona de redes publica con el kit</w:t>
      </w:r>
    </w:p>
    <w:p>
      <w:r>
        <w:rPr/>
        <w:t xml:space="preserve">Incluido </w:t>
      </w:r>
      <w:r>
        <w:rPr/>
        <w:t>en la tarifa mensual</w:t>
      </w:r>
    </w:p>
    <w:p>
      <w:r>
        <w:rPr/>
        <w:t>Cada mes reciben las publicaciones listas —pieza, texto, enlace y código— y un calendario sugerido. Su persona de redes descarga, copia y publica. Así arranca noviembre.</w:t>
      </w:r>
    </w:p>
    <w:p>
      <w:r>
        <w:rPr>
          <w:b/>
        </w:rPr>
        <w:t>Qué se necesita:</w:t>
      </w:r>
      <w:r>
        <w:rPr/>
        <w:t xml:space="preserve"> una persona de redes que publique.</w:t>
      </w:r>
    </w:p>
    <w:p>
      <w:r>
        <w:rPr>
          <w:b/>
        </w:rPr>
        <w:t>Quién aprueba:</w:t>
      </w:r>
      <w:r>
        <w:rPr/>
        <w:t xml:space="preserve"> su equipo.</w:t>
      </w:r>
    </w:p>
    <w:p>
      <w:r>
        <w:rPr>
          <w:b/>
        </w:rPr>
        <w:t>En el informe:</w:t>
      </w:r>
      <w:r>
        <w:rPr/>
        <w:t xml:space="preserve"> alcance y reproducciones, con el acceso para ver estadísticas (</w:t>
      </w:r>
      <w:r>
        <w:rPr/>
        <w:t>decisión 2</w:t>
      </w:r>
      <w:r>
        <w:rPr/>
        <w:t>).</w:t>
      </w:r>
    </w:p>
    <w:p>
      <w:r>
        <w:rPr>
          <w:b/>
        </w:rPr>
        <w:t>B · Nosotros</w:t>
      </w:r>
    </w:p>
    <w:p>
      <w:pPr>
        <w:pStyle w:val="Heading2"/>
      </w:pPr>
      <w:r>
        <w:rPr/>
        <w:t>Publicamos nosotros, con su aprobación</w:t>
      </w:r>
    </w:p>
    <w:p>
      <w:r>
        <w:rPr/>
        <w:t xml:space="preserve">USD 295 </w:t>
      </w:r>
      <w:r>
        <w:rPr/>
        <w:t>al mes + IVA, se suma a la tarifa mensual</w:t>
      </w:r>
    </w:p>
    <w:p>
      <w:r>
        <w:rPr/>
        <w:t>Programamos el calendario, publicamos lo que ustedes aprueban y sumamos alcance y reproducciones al informe mensual.</w:t>
      </w:r>
    </w:p>
    <w:p>
      <w:r>
        <w:rPr>
          <w:b/>
        </w:rPr>
        <w:t>Qué se necesita:</w:t>
      </w:r>
      <w:r>
        <w:rPr/>
        <w:t xml:space="preserve"> acceso para publicar en Facebook e Instagram y una persona que apruebe.</w:t>
      </w:r>
    </w:p>
    <w:p>
      <w:r>
        <w:rPr>
          <w:b/>
        </w:rPr>
        <w:t>Quién aprueba:</w:t>
      </w:r>
      <w:r>
        <w:rPr/>
        <w:t xml:space="preserve"> la empresa, antes de publicar.</w:t>
      </w:r>
    </w:p>
    <w:p>
      <w:r>
        <w:rPr>
          <w:b/>
        </w:rPr>
        <w:t>En el informe:</w:t>
      </w:r>
      <w:r>
        <w:rPr/>
        <w:t xml:space="preserve"> alcance y reproducciones.</w:t>
      </w:r>
    </w:p>
    <w:p>
      <w:r>
        <w:rPr>
          <w:b/>
        </w:rPr>
        <w:t>C · Mixto</w:t>
      </w:r>
    </w:p>
    <w:p>
      <w:pPr>
        <w:pStyle w:val="Heading2"/>
      </w:pPr>
      <w:r>
        <w:rPr/>
        <w:t>Cada uno con lo suyo, en un calendario</w:t>
      </w:r>
    </w:p>
    <w:p>
      <w:r>
        <w:rPr/>
        <w:t xml:space="preserve">USD 245 </w:t>
      </w:r>
      <w:r>
        <w:rPr/>
        <w:t>al mes + IVA, se suma a la tarifa mensual</w:t>
      </w:r>
    </w:p>
    <w:p>
      <w:r>
        <w:rPr/>
        <w:t>Su equipo sigue con sus obras, promociones y fechas especiales, y nosotros con el material educativo, en un solo calendario.</w:t>
      </w:r>
    </w:p>
    <w:p>
      <w:r>
        <w:rPr>
          <w:b/>
        </w:rPr>
        <w:t>Qué se necesita:</w:t>
      </w:r>
      <w:r>
        <w:rPr/>
        <w:t xml:space="preserve"> acceso para publicar en Facebook e Instagram y un calendario común.</w:t>
      </w:r>
    </w:p>
    <w:p>
      <w:r>
        <w:rPr>
          <w:b/>
        </w:rPr>
        <w:t>Quién aprueba:</w:t>
      </w:r>
      <w:r>
        <w:rPr/>
        <w:t xml:space="preserve"> la empresa, antes de publicar.</w:t>
      </w:r>
    </w:p>
    <w:p>
      <w:r>
        <w:rPr>
          <w:b/>
        </w:rPr>
        <w:t>En el informe:</w:t>
      </w:r>
      <w:r>
        <w:rPr/>
        <w:t xml:space="preserve"> alcance y reproducciones.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2493"/>
          </w:tcPr>
          <w:p>
            <w:r>
              <w:rPr>
                <w:b/>
                <w:sz w:val="19"/>
              </w:rPr>
              <w:t>A · Su equipo</w:t>
            </w:r>
          </w:p>
        </w:tc>
        <w:tc>
          <w:tcPr>
            <w:tcW w:type="dxa" w:w="2493"/>
          </w:tcPr>
          <w:p>
            <w:r>
              <w:rPr>
                <w:b/>
                <w:sz w:val="19"/>
              </w:rPr>
              <w:t>B · Nosotros</w:t>
            </w:r>
          </w:p>
        </w:tc>
        <w:tc>
          <w:tcPr>
            <w:tcW w:type="dxa" w:w="2493"/>
          </w:tcPr>
          <w:p>
            <w:r>
              <w:rPr>
                <w:b/>
                <w:sz w:val="19"/>
              </w:rPr>
              <w:t>C · Mixto</w:t>
            </w:r>
          </w:p>
        </w:tc>
      </w:tr>
      <w:tr>
        <w:tc>
          <w:tcPr>
            <w:tcW w:type="dxa" w:w="2493"/>
          </w:tcPr>
          <w:p>
            <w:r>
              <w:rPr>
                <w:sz w:val="19"/>
              </w:rPr>
              <w:t>Quién publica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Su persona de redes, con el kit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Nosotros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Los dos, en un calendario</w:t>
            </w:r>
          </w:p>
        </w:tc>
      </w:tr>
      <w:tr>
        <w:tc>
          <w:tcPr>
            <w:tcW w:type="dxa" w:w="2493"/>
          </w:tcPr>
          <w:p>
            <w:r>
              <w:rPr>
                <w:sz w:val="19"/>
              </w:rPr>
              <w:t>Quién aprueba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Su equipo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La empresa, antes de publicar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La empresa, antes de publicar</w:t>
            </w:r>
          </w:p>
        </w:tc>
      </w:tr>
      <w:tr>
        <w:tc>
          <w:tcPr>
            <w:tcW w:type="dxa" w:w="2493"/>
          </w:tcPr>
          <w:p>
            <w:r>
              <w:rPr>
                <w:sz w:val="19"/>
              </w:rPr>
              <w:t>Qué se necesita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Una persona de redes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Acceso para publicar en Facebook e Instagram y una persona que apruebe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Acceso para publicar en Facebook e Instagram y un calendario común</w:t>
            </w:r>
          </w:p>
        </w:tc>
      </w:tr>
      <w:tr>
        <w:tc>
          <w:tcPr>
            <w:tcW w:type="dxa" w:w="2493"/>
          </w:tcPr>
          <w:p>
            <w:r>
              <w:rPr>
                <w:sz w:val="19"/>
              </w:rPr>
              <w:t>Alcance y reproducciones en el informe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Con el acceso para ver estadísticas (decisión 2)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Sí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Sí</w:t>
            </w:r>
          </w:p>
        </w:tc>
      </w:tr>
      <w:tr>
        <w:tc>
          <w:tcPr>
            <w:tcW w:type="dxa" w:w="2493"/>
          </w:tcPr>
          <w:p>
            <w:r>
              <w:rPr>
                <w:sz w:val="19"/>
              </w:rPr>
              <w:t>Inversión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Incluida en la tarifa mensual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USD 295 al mes + IVA</w:t>
            </w:r>
          </w:p>
        </w:tc>
        <w:tc>
          <w:tcPr>
            <w:tcW w:type="dxa" w:w="2493"/>
          </w:tcPr>
          <w:p>
            <w:r>
              <w:rPr>
                <w:sz w:val="19"/>
              </w:rPr>
              <w:t>USD 245 al mes + IVA</w:t>
            </w:r>
          </w:p>
        </w:tc>
      </w:tr>
    </w:tbl>
    <w:p>
      <w:pPr>
        <w:pStyle w:val="Heading1"/>
      </w:pPr>
      <w:r>
        <w:rPr/>
        <w:t>07 · De octubre a enero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154806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des-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548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/>
        <w:t>08 · Cómo se mide</w:t>
      </w:r>
    </w:p>
    <w:p>
      <w:r>
        <w:rPr/>
        <w:t>Dos caminos, para saber qué publicación trajo cada visita y cada mensaje.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150793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des-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5079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/>
        <w:t>Sin acceso a Facebook e Instagram (</w:t>
      </w:r>
      <w:r>
        <w:rPr/>
        <w:t>decisión 2</w:t>
      </w:r>
      <w:r>
        <w:rPr/>
        <w:t>), el alcance y las reproducciones siguen figurando como «Requiere acceso» en el informe mensual, como hasta ahora.</w:t>
      </w:r>
    </w:p>
    <w:p>
      <w:pPr>
        <w:pStyle w:val="Heading1"/>
      </w:pPr>
      <w:r>
        <w:rPr/>
        <w:t>09 · Expectativas, con números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186915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des-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8691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/>
        <w:t>El sitio pasó de 187 a 466 sesiones al mes entre abril y setiembre. En setiembre, 348 llegaron desde buscadores y 5 desde redes. Lo que llega desde redes bajó de 20 a 5 en esos meses.</w:t>
      </w:r>
    </w:p>
    <w:p>
      <w:pPr>
        <w:pStyle w:val="ListBullet"/>
      </w:pPr>
      <w:r>
        <w:rPr/>
        <w:t>No prometemos una cifra de visitas: la base es baja y el alcance sin anuncios de las páginas de empresa en Facebook e Instagram es limitado.</w:t>
      </w:r>
    </w:p>
    <w:p>
      <w:pPr>
        <w:pStyle w:val="ListBullet"/>
      </w:pPr>
      <w:r>
        <w:rPr/>
        <w:t>Nuestro compromiso es medir cada publicación desde el primer día y presentarle en enero lo que esa medición muestre sobre qué formatos y qué temas traen visitas y mensajes.</w:t>
      </w:r>
    </w:p>
    <w:p>
      <w:pPr>
        <w:pStyle w:val="ListBullet"/>
      </w:pPr>
      <w:r>
        <w:rPr/>
        <w:t>Las redes no reemplazan a Google: le dan una segunda vida al material y llegan a personas que todavía no están buscando.</w:t>
      </w:r>
    </w:p>
    <w:p>
      <w:pPr>
        <w:pStyle w:val="Heading1"/>
      </w:pPr>
      <w:r>
        <w:rPr/>
        <w:t>10 · Reglas que se mantienen</w:t>
      </w:r>
    </w:p>
    <w:p>
      <w:pPr>
        <w:pStyle w:val="ListBullet"/>
      </w:pPr>
      <w:r>
        <w:rPr/>
        <w:t>Solo la marca BP (según el acta TB-0016).</w:t>
      </w:r>
    </w:p>
    <w:p>
      <w:pPr>
        <w:pStyle w:val="ListBullet"/>
      </w:pPr>
      <w:r>
        <w:rPr/>
        <w:t>Sin precios ni rangos en ninguna publicación (según el acta TB-0016).</w:t>
      </w:r>
    </w:p>
    <w:p>
      <w:pPr>
        <w:pStyle w:val="ListBullet"/>
      </w:pPr>
      <w:r>
        <w:rPr/>
        <w:t>Nada se publica en redes sin aprobación de la empresa.</w:t>
      </w:r>
    </w:p>
    <w:p>
      <w:pPr>
        <w:pStyle w:val="ListBullet"/>
      </w:pPr>
      <w:r>
        <w:rPr/>
        <w:t>Los 30 videos con estilo de testimonio, y los clips armados con ellos, son escenas actuadas: nunca se presentan como opiniones de clientes.</w:t>
      </w:r>
    </w:p>
    <w:p>
      <w:pPr>
        <w:pStyle w:val="ListBullet"/>
      </w:pPr>
      <w:r>
        <w:rPr/>
        <w:t>El logo de Techos Barboza va en cada pieza, y todo el material es propiedad de la empresa (cláusula 6).</w:t>
      </w:r>
    </w:p>
    <w:p>
      <w:r>
        <w:br w:type="page"/>
      </w:r>
    </w:p>
    <w:p>
      <w:pPr>
        <w:pStyle w:val="Title"/>
      </w:pPr>
      <w:r>
        <w:rPr/>
        <w:t>Noviembre arranca el lunes 2</w:t>
      </w:r>
    </w:p>
    <w:p>
      <w:r>
        <w:rPr/>
        <w:t>13 publicaciones listas para su persona de redes, hechas con el material ya entregado del sitio. Cada una se hace en tres pasos: descargar la pieza, copiar el texto de su red y publicarla a la hora sugerida.</w:t>
      </w:r>
    </w:p>
    <w:p>
      <w:pPr>
        <w:pStyle w:val="Heading1"/>
      </w:pPr>
      <w:r>
        <w:rPr/>
        <w:t>01 · Así se publica cada una</w:t>
      </w:r>
    </w:p>
    <w:p>
      <w:pPr>
        <w:pStyle w:val="ListNumber"/>
      </w:pPr>
      <w:r>
        <w:rPr>
          <w:b/>
        </w:rPr>
        <w:t>Descargue la pieza</w:t>
      </w:r>
      <w:r>
        <w:br/>
      </w:r>
      <w:r>
        <w:rPr/>
        <w:t>El botón baja el archivo listo para subir, en su tamaño original.</w:t>
      </w:r>
    </w:p>
    <w:p>
      <w:pPr>
        <w:pStyle w:val="ListNumber"/>
      </w:pPr>
      <w:r>
        <w:rPr>
          <w:b/>
        </w:rPr>
        <w:t>Copie el texto de su red</w:t>
      </w:r>
      <w:r>
        <w:br/>
      </w:r>
      <w:r>
        <w:rPr/>
        <w:t>Elija Facebook, Instagram o Estado de WhatsApp: cada red tiene su texto, con su enlace.</w:t>
      </w:r>
    </w:p>
    <w:p>
      <w:pPr>
        <w:pStyle w:val="ListNumber"/>
      </w:pPr>
      <w:r>
        <w:rPr>
          <w:b/>
        </w:rPr>
        <w:t>Publíquela a la hora sugerida</w:t>
      </w:r>
      <w:r>
        <w:br/>
      </w:r>
      <w:r>
        <w:rPr/>
        <w:t>El día y la hora están en cada publicación, con lo que va en cada red.</w:t>
      </w:r>
    </w:p>
    <w:p>
      <w:pPr>
        <w:pStyle w:val="ListBullet"/>
      </w:pPr>
      <w:r>
        <w:rPr/>
        <w:t>Cada enlace lleva el código de su publicación (</w:t>
      </w:r>
      <w:r>
        <w:rPr/>
        <w:t>NOV-01</w:t>
      </w:r>
      <w:r>
        <w:rPr/>
        <w:t xml:space="preserve"> a </w:t>
      </w:r>
      <w:r>
        <w:rPr/>
        <w:t>NOV-13</w:t>
      </w:r>
      <w:r>
        <w:rPr/>
        <w:t>): no lo cambie ni lo acorte. Así se sabe qué publicación trajo cada visita y cada mensaje.</w:t>
      </w:r>
    </w:p>
    <w:p>
      <w:pPr>
        <w:pStyle w:val="ListBullet"/>
      </w:pPr>
      <w:r>
        <w:rPr/>
        <w:t>En Instagram el enlace del texto no se puede tocar: cada publicación de Instagram va con una historia del mismo día que lleva el enlace en un sticker.</w:t>
      </w:r>
    </w:p>
    <w:p>
      <w:r>
        <w:rPr/>
        <w:t>Las piezas se descargan y los textos se copian desde la versión web de esta página: informes.techosbarboza.cr/hoja-de-ruta/noviembre.html.</w:t>
      </w:r>
    </w:p>
    <w:p>
      <w:pPr>
        <w:pStyle w:val="Heading1"/>
      </w:pPr>
      <w:r>
        <w:rPr/>
        <w:t>02 · Antes de publicar</w:t>
      </w:r>
    </w:p>
    <w:p>
      <w:pPr>
        <w:pStyle w:val="ListBullet"/>
      </w:pPr>
      <w:r>
        <w:rPr/>
        <w:t>Revise cada texto antes de publicarlo. Puede ajustarlo a su estilo, sin tocar el enlace ni el código.</w:t>
      </w:r>
    </w:p>
    <w:p>
      <w:pPr>
        <w:pStyle w:val="ListBullet"/>
      </w:pPr>
      <w:r>
        <w:rPr/>
        <w:t>Las escenas son ilustrativas y lo dicen en el texto. Los videos actuados nunca se presentan como testimonios.</w:t>
      </w:r>
    </w:p>
    <w:p>
      <w:pPr>
        <w:pStyle w:val="ListBullet"/>
      </w:pPr>
      <w:r>
        <w:rPr/>
        <w:t>Solo la marca BP; sin precios ni rangos (según el acta TB-0016).</w:t>
      </w:r>
    </w:p>
    <w:p>
      <w:pPr>
        <w:pStyle w:val="ListBullet"/>
      </w:pPr>
      <w:r>
        <w:rPr/>
        <w:t>Los textos de noviembre no ofrecen la visita sin costo hasta que la empresa confirme sus condiciones; hoy la mencionan varios artículos del sitio y la asistente.</w:t>
      </w:r>
    </w:p>
    <w:p>
      <w:pPr>
        <w:pStyle w:val="ListBullet"/>
      </w:pPr>
      <w:r>
        <w:rPr/>
        <w:t>Las tres publicaciones para profesionales salen en Facebook e Instagram; en LinkedIn, solo si se abre la página.</w:t>
      </w:r>
    </w:p>
    <w:p>
      <w:pPr>
        <w:pStyle w:val="ListBullet"/>
      </w:pPr>
      <w:r>
        <w:rPr/>
        <w:t>Pídale a quien atiende el WhatsApp que anote el código que trae cada mensaje (por ejemplo «NOV-06»): así se sabe qué publicación lo trajo.</w:t>
      </w:r>
    </w:p>
    <w:p>
      <w:pPr>
        <w:pStyle w:val="Heading1"/>
      </w:pPr>
      <w:r>
        <w:rPr/>
        <w:t>03 · El calendario</w:t>
      </w:r>
    </w:p>
    <w:p>
      <w:r>
        <w:rPr/>
        <w:t>Cada día marcado es una publicación, con el color de su etapa.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303306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viembre-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033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/>
        <w:t>04 · Las 13 publicaciones</w:t>
      </w:r>
    </w:p>
    <w:p>
      <w:r>
        <w:rPr/>
        <w:t>En orden de salida.</w:t>
      </w:r>
    </w:p>
    <w:p>
      <w:pPr>
        <w:pStyle w:val="Heading2"/>
      </w:pPr>
      <w:r>
        <w:rPr/>
        <w:t>N.º 1</w:t>
      </w:r>
      <w:r>
        <w:rPr/>
        <w:t xml:space="preserve"> Lunes 2 de noviembre · 12 m.</w:t>
      </w:r>
    </w:p>
    <w:p>
      <w:r>
        <w:rPr/>
        <w:t>NOV-01</w:t>
      </w:r>
    </w:p>
    <w:p>
      <w:r>
        <w:rPr/>
        <w:t>Facebook, Instagram y Estado de WhatsApp</w:t>
      </w:r>
    </w:p>
    <w:p>
      <w:pPr>
        <w:pStyle w:val="ListNumber"/>
      </w:pPr>
      <w:r>
        <w:rPr/>
        <w:t>Descargue la pieza</w:t>
      </w:r>
    </w:p>
    <w:p>
      <w:r>
        <w:rPr/>
        <w:t>Video de escena · 1280 × 720 · 8 s</w:t>
      </w:r>
      <w:r>
        <w:br/>
      </w:r>
      <w:r>
        <w:rPr/>
        <w:t>MP4 · 6,8 MB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Cuando para de llover, lo que queda es la tranquilidad. 🌤️</w:t>
      </w:r>
      <w:r>
        <w:br/>
      </w:r>
      <w:r>
        <w:br/>
      </w:r>
      <w:r>
        <w:rPr/>
        <w:t>Después de la época lluviosa, el techo merece una revisión. Se recomienda hacerla al menos una vez al año y después de la temporada de lluvias.</w:t>
      </w:r>
      <w:r>
        <w:br/>
      </w:r>
      <w:r>
        <w:br/>
      </w:r>
      <w:r>
        <w:rPr/>
        <w:t>Video ilustrativo.</w:t>
      </w:r>
      <w:r>
        <w:br/>
      </w:r>
      <w:r>
        <w:br/>
      </w:r>
      <w:r>
        <w:rPr/>
        <w:t>Cuándo revisar el techo y qué mirar: https://techosbarboza.cr/cada-cuanto-se-debe-revisar-un-techo-en-costa-rica/?utm_source=facebook&amp;utm_medium=social&amp;utm_campaign=nov2026&amp;utm_content=</w:t>
      </w:r>
      <w:r>
        <w:rPr/>
        <w:t>nov-01</w:t>
      </w:r>
      <w:r>
        <w:br/>
      </w:r>
      <w:r>
        <w:br/>
      </w:r>
      <w:r>
        <w:rPr/>
        <w:t>#TechosBarboza #Cartago #CostaRica #TejaAsfáltica</w:t>
      </w:r>
    </w:p>
    <w:p>
      <w:pPr>
        <w:pStyle w:val="ListNumber"/>
      </w:pPr>
      <w:r>
        <w:rPr/>
        <w:t>Publíquela el lunes 2 de noviembre a las 12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publicación con video, con el texto del paso 2.</w:t>
      </w:r>
    </w:p>
    <w:p>
      <w:pPr>
        <w:pStyle w:val="ListBullet"/>
      </w:pPr>
      <w:r>
        <w:rPr>
          <w:b/>
        </w:rPr>
        <w:t>Instagram</w:t>
      </w:r>
      <w:r>
        <w:br/>
      </w:r>
      <w:r>
        <w:rPr/>
        <w:t>Como publicación con video, con el texto del paso 2. El mismo día, una historia con la pieza y el sticker de enlace (el enlace está en el paso 2): en Instagram el enlace del texto no se puede tocar.</w:t>
      </w:r>
    </w:p>
    <w:p>
      <w:pPr>
        <w:pStyle w:val="ListBullet"/>
      </w:pPr>
      <w:r>
        <w:rPr>
          <w:b/>
        </w:rPr>
        <w:t>Estado de WhatsApp</w:t>
      </w:r>
      <w:r>
        <w:br/>
      </w:r>
      <w:r>
        <w:rPr/>
        <w:t>Desde el WhatsApp de la empresa: la pieza con el texto del paso 2. Ahí el enlace sí se puede tocar.</w:t>
      </w:r>
    </w:p>
    <w:p>
      <w:r>
        <w:rPr/>
        <w:t xml:space="preserve">No cambie ni acorte el enlace: el código </w:t>
      </w:r>
      <w:r>
        <w:rPr/>
        <w:t>NOV-01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Esta publicación abre el mes con el tema de temporada (termina la lluvia) en un video corto, para quien aún no los conoce; lleva a la guía de revisión anual.</w:t>
      </w:r>
    </w:p>
    <w:p>
      <w:r>
        <w:rPr/>
        <w:t>Se mide con la etiqueta «nov-01» del enlace. Si alguien pregunta en los comentarios, respóndale con este enlace de WhatsApp: el mensaje llega con el código NOV-01.</w:t>
      </w:r>
    </w:p>
    <w:p>
      <w:r>
        <w:rPr/>
        <w:t>https://wa.me/50660560426?text=Hola%2C%20vi%20su%20video%20sobre%20cu%C3%A1ndo%20revisar%20el%20techo%20y%20quisiera%20hacerles%20una%20consulta.%20%5B</w:t>
      </w:r>
      <w:r>
        <w:rPr/>
        <w:t>NOV-01</w:t>
      </w:r>
      <w:r>
        <w:rPr/>
        <w:t>%5D</w:t>
      </w:r>
    </w:p>
    <w:p>
      <w:r>
        <w:rPr/>
        <w:t>Ver el artículo: ¿Cada cuánto se debe revisar un techo en Costa Rica?</w:t>
      </w:r>
    </w:p>
    <w:p>
      <w:pPr>
        <w:pStyle w:val="Heading2"/>
      </w:pPr>
      <w:r>
        <w:rPr/>
        <w:t>N.º 2</w:t>
      </w:r>
      <w:r>
        <w:rPr/>
        <w:t xml:space="preserve"> Miércoles 4 de noviembre · 7 p. m.</w:t>
      </w:r>
    </w:p>
    <w:p>
      <w:r>
        <w:rPr/>
        <w:t>NOV-02</w:t>
      </w:r>
    </w:p>
    <w:p>
      <w:r>
        <w:rPr/>
        <w:t>Facebook e Instagram</w:t>
      </w:r>
    </w:p>
    <w:p>
      <w:pPr>
        <w:pStyle w:val="ListNumber"/>
      </w:pPr>
      <w:r>
        <w:rPr/>
        <w:t>Descargue la pieza</w:t>
      </w:r>
    </w:p>
    <w:p>
      <w:r>
        <w:rPr/>
        <w:t>Infografía · 1024 × 1024</w:t>
      </w:r>
      <w:r>
        <w:br/>
      </w:r>
      <w:r>
        <w:rPr/>
        <w:t>PNG · 367 KB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Pasó el aguacero. Ahora mire su techo.</w:t>
      </w:r>
      <w:r>
        <w:br/>
      </w:r>
      <w:r>
        <w:br/>
      </w:r>
      <w:r>
        <w:rPr/>
        <w:t>En la imagen hay seis señales para revisar desde el suelo y desde adentro de la casa. Si aparece una, conviene revisarla antes del siguiente temporal.</w:t>
      </w:r>
      <w:r>
        <w:br/>
      </w:r>
      <w:r>
        <w:br/>
      </w:r>
      <w:r>
        <w:rPr/>
        <w:t>Y no se suba al techo mojado: es resbaloso y no vale el riesgo.</w:t>
      </w:r>
      <w:r>
        <w:br/>
      </w:r>
      <w:r>
        <w:br/>
      </w:r>
      <w:r>
        <w:rPr/>
        <w:t>Qué revisar durante y después de un temporal: https://techosbarboza.cr/temporal-varios-dias-que-revisar-en-el-techo/?utm_source=facebook&amp;utm_medium=social&amp;utm_campaign=nov2026&amp;utm_content=</w:t>
      </w:r>
      <w:r>
        <w:rPr/>
        <w:t>nov-02</w:t>
      </w:r>
      <w:r>
        <w:br/>
      </w:r>
      <w:r>
        <w:br/>
      </w:r>
      <w:r>
        <w:rPr/>
        <w:t>#TechosBarboza #Cartago #CostaRica #MantenimientoDelHogar</w:t>
      </w:r>
    </w:p>
    <w:p>
      <w:pPr>
        <w:pStyle w:val="ListNumber"/>
      </w:pPr>
      <w:r>
        <w:rPr/>
        <w:t>Publíquela el miércoles 4 de noviembre a las 7 p.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publicación, con la pieza y el texto del paso 2.</w:t>
      </w:r>
    </w:p>
    <w:p>
      <w:pPr>
        <w:pStyle w:val="ListBullet"/>
      </w:pPr>
      <w:r>
        <w:rPr>
          <w:b/>
        </w:rPr>
        <w:t>Instagram</w:t>
      </w:r>
      <w:r>
        <w:br/>
      </w:r>
      <w:r>
        <w:rPr/>
        <w:t>Como publicación, con el texto del paso 2. El mismo día, una historia con la pieza y el sticker de enlace (el enlace está en el paso 2): en Instagram el enlace del texto no se puede tocar.</w:t>
      </w:r>
    </w:p>
    <w:p>
      <w:r>
        <w:rPr/>
        <w:t xml:space="preserve">No cambie ni acorte el enlace: el código </w:t>
      </w:r>
      <w:r>
        <w:rPr/>
        <w:t>NOV-02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Esta publicación aprovecha el fin de la lluvia con una lista corta de señales que el dueño puede mirar solo; no vende nada y lleva al artículo del temporal.</w:t>
      </w:r>
    </w:p>
    <w:p>
      <w:r>
        <w:rPr/>
        <w:t>Se mide con la etiqueta «nov-02» del enlace. Si alguien pregunta en los comentarios, respóndale con este enlace de WhatsApp: el mensaje llega con el código NOV-02.</w:t>
      </w:r>
    </w:p>
    <w:p>
      <w:r>
        <w:rPr/>
        <w:t>https://wa.me/50660560426?text=Hola%2C%20vi%20su%20publicaci%C3%B3n%20sobre%20qu%C3%A9%20revisar%20despu%C3%A9s%20del%20aguacero%20y%20quisiera%20hacerles%20una%20consulta.%20%5B</w:t>
      </w:r>
      <w:r>
        <w:rPr/>
        <w:t>NOV-02</w:t>
      </w:r>
      <w:r>
        <w:rPr/>
        <w:t>%5D</w:t>
      </w:r>
    </w:p>
    <w:p>
      <w:r>
        <w:rPr/>
        <w:t>Ver el artículo: Temporal de varios días: qué revisar en el techo durante y después</w:t>
      </w:r>
    </w:p>
    <w:p>
      <w:pPr>
        <w:pStyle w:val="Heading2"/>
      </w:pPr>
      <w:r>
        <w:rPr/>
        <w:t>N.º 3</w:t>
      </w:r>
      <w:r>
        <w:rPr/>
        <w:t xml:space="preserve"> Jueves 5 de noviembre · 12 m.</w:t>
      </w:r>
    </w:p>
    <w:p>
      <w:r>
        <w:rPr/>
        <w:t>NOV-03</w:t>
      </w:r>
    </w:p>
    <w:p>
      <w:r>
        <w:rPr/>
        <w:t>Facebook e Instagram</w:t>
      </w:r>
    </w:p>
    <w:p>
      <w:pPr>
        <w:pStyle w:val="ListNumber"/>
      </w:pPr>
      <w:r>
        <w:rPr/>
        <w:t>Descargue la pieza</w:t>
      </w:r>
    </w:p>
    <w:p>
      <w:r>
        <w:rPr/>
        <w:t>Imagen de escena · 2048 × 1152</w:t>
      </w:r>
      <w:r>
        <w:br/>
      </w:r>
      <w:r>
        <w:rPr/>
        <w:t>JPG · 582 KB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La teja recibe el agua. La canoa y el bajante se la llevan.</w:t>
      </w:r>
      <w:r>
        <w:br/>
      </w:r>
      <w:r>
        <w:br/>
      </w:r>
      <w:r>
        <w:rPr/>
        <w:t>Si la canoa se llena de hojas, el agua se devuelve contra la madera del alero. El daño aparece mucho después, como una mancha adentro.</w:t>
      </w:r>
      <w:r>
        <w:br/>
      </w:r>
      <w:r>
        <w:br/>
      </w:r>
      <w:r>
        <w:rPr/>
        <w:t>Después de las lluvias, vale la pena mirar si el agua corre libre.</w:t>
      </w:r>
      <w:r>
        <w:br/>
      </w:r>
      <w:r>
        <w:br/>
      </w:r>
      <w:r>
        <w:rPr/>
        <w:t>Imagen ilustrativa.</w:t>
      </w:r>
      <w:r>
        <w:br/>
      </w:r>
      <w:r>
        <w:br/>
      </w:r>
      <w:r>
        <w:rPr/>
        <w:t>Por dónde se va el agua de su techo: https://techosbarboza.cr/canoas-bajantes-desague-techo-costa-rica/?utm_source=facebook&amp;utm_medium=social&amp;utm_campaign=nov2026&amp;utm_content=</w:t>
      </w:r>
      <w:r>
        <w:rPr/>
        <w:t>nov-03</w:t>
      </w:r>
      <w:r>
        <w:br/>
      </w:r>
      <w:r>
        <w:br/>
      </w:r>
      <w:r>
        <w:rPr/>
        <w:t>#TechosBarboza #Cartago #CostaRica #MantenimientoDelHogar</w:t>
      </w:r>
    </w:p>
    <w:p>
      <w:pPr>
        <w:pStyle w:val="ListNumber"/>
      </w:pPr>
      <w:r>
        <w:rPr/>
        <w:t>Publíquela el jueves 5 de noviembre a las 12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publicación, con la pieza y el texto del paso 2.</w:t>
      </w:r>
    </w:p>
    <w:p>
      <w:pPr>
        <w:pStyle w:val="ListBullet"/>
      </w:pPr>
      <w:r>
        <w:rPr>
          <w:b/>
        </w:rPr>
        <w:t>Instagram</w:t>
      </w:r>
      <w:r>
        <w:br/>
      </w:r>
      <w:r>
        <w:rPr/>
        <w:t>Como publicación, con el texto del paso 2. El mismo día, una historia con la pieza y el sticker de enlace (el enlace está en el paso 2): en Instagram el enlace del texto no se puede tocar.</w:t>
      </w:r>
    </w:p>
    <w:p>
      <w:r>
        <w:rPr/>
        <w:t xml:space="preserve">No cambie ni acorte el enlace: el código </w:t>
      </w:r>
      <w:r>
        <w:rPr/>
        <w:t>NOV-03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Esta publicación explica el desagüe, causa frecuente de manchas tras las lluvias; sirve a quien ya notó una mancha y busca el porqué.</w:t>
      </w:r>
    </w:p>
    <w:p>
      <w:r>
        <w:rPr/>
        <w:t>Se mide con la etiqueta «nov-03» del enlace. Si alguien pregunta en los comentarios, respóndale con este enlace de WhatsApp: el mensaje llega con el código NOV-03.</w:t>
      </w:r>
    </w:p>
    <w:p>
      <w:r>
        <w:rPr/>
        <w:t>https://wa.me/50660560426?text=Hola%2C%20vi%20su%20publicaci%C3%B3n%20sobre%20las%20canoas%20y%20los%20bajantes%20y%20quisiera%20hacerles%20una%20consulta.%20%5B</w:t>
      </w:r>
      <w:r>
        <w:rPr/>
        <w:t>NOV-03</w:t>
      </w:r>
      <w:r>
        <w:rPr/>
        <w:t>%5D</w:t>
      </w:r>
    </w:p>
    <w:p>
      <w:r>
        <w:rPr/>
        <w:t>Ver el artículo: Canoas, bajantes y desagüe: por dónde se va el agua de su techo</w:t>
      </w:r>
    </w:p>
    <w:p>
      <w:pPr>
        <w:pStyle w:val="Heading2"/>
      </w:pPr>
      <w:r>
        <w:rPr/>
        <w:t>N.º 4</w:t>
      </w:r>
      <w:r>
        <w:rPr/>
        <w:t xml:space="preserve"> Lunes 9 de noviembre · 12 m.</w:t>
      </w:r>
    </w:p>
    <w:p>
      <w:r>
        <w:rPr/>
        <w:t>NOV-04</w:t>
      </w:r>
    </w:p>
    <w:p>
      <w:r>
        <w:rPr/>
        <w:t>Facebook, Instagram y Estado de WhatsApp</w:t>
      </w:r>
    </w:p>
    <w:p>
      <w:pPr>
        <w:pStyle w:val="ListNumber"/>
      </w:pPr>
      <w:r>
        <w:rPr/>
        <w:t>Descargue la pieza</w:t>
      </w:r>
    </w:p>
    <w:p>
      <w:r>
        <w:rPr/>
        <w:t>Imagen de escena · 2048 × 1152</w:t>
      </w:r>
      <w:r>
        <w:br/>
      </w:r>
      <w:r>
        <w:rPr/>
        <w:t>JPG · 989 KB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Un techo en Costa Rica trabaja todo el año: sol fuerte, aguaceros de tarde y una humedad que casi nunca se va.</w:t>
      </w:r>
      <w:r>
        <w:br/>
      </w:r>
      <w:r>
        <w:br/>
      </w:r>
      <w:r>
        <w:rPr/>
        <w:t>Una buena fecha para revisarlo es a finales de noviembre, cuando ya pasaron las ondas tropicales.</w:t>
      </w:r>
      <w:r>
        <w:br/>
      </w:r>
      <w:r>
        <w:br/>
      </w:r>
      <w:r>
        <w:rPr/>
        <w:t>Imagen ilustrativa.</w:t>
      </w:r>
      <w:r>
        <w:br/>
      </w:r>
      <w:r>
        <w:br/>
      </w:r>
      <w:r>
        <w:rPr/>
        <w:t>Qué le exige nuestro clima a un techo: https://techosbarboza.cr/techos-costa-rica-que-exige-nuestro-clima/?utm_source=facebook&amp;utm_medium=social&amp;utm_campaign=nov2026&amp;utm_content=</w:t>
      </w:r>
      <w:r>
        <w:rPr/>
        <w:t>nov-04</w:t>
      </w:r>
      <w:r>
        <w:br/>
      </w:r>
      <w:r>
        <w:br/>
      </w:r>
      <w:r>
        <w:rPr/>
        <w:t>#TechosBarboza #ValleCentral #CostaRica #TejaAsfáltica</w:t>
      </w:r>
    </w:p>
    <w:p>
      <w:pPr>
        <w:pStyle w:val="ListNumber"/>
      </w:pPr>
      <w:r>
        <w:rPr/>
        <w:t>Publíquela el lunes 9 de noviembre a las 12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publicación, con la pieza y el texto del paso 2.</w:t>
      </w:r>
    </w:p>
    <w:p>
      <w:pPr>
        <w:pStyle w:val="ListBullet"/>
      </w:pPr>
      <w:r>
        <w:rPr>
          <w:b/>
        </w:rPr>
        <w:t>Instagram</w:t>
      </w:r>
      <w:r>
        <w:br/>
      </w:r>
      <w:r>
        <w:rPr/>
        <w:t>Como publicación, con el texto del paso 2. El mismo día, una historia con la pieza y el sticker de enlace (el enlace está en el paso 2): en Instagram el enlace del texto no se puede tocar.</w:t>
      </w:r>
    </w:p>
    <w:p>
      <w:pPr>
        <w:pStyle w:val="ListBullet"/>
      </w:pPr>
      <w:r>
        <w:rPr>
          <w:b/>
        </w:rPr>
        <w:t>Estado de WhatsApp</w:t>
      </w:r>
      <w:r>
        <w:br/>
      </w:r>
      <w:r>
        <w:rPr/>
        <w:t>Desde el WhatsApp de la empresa: la pieza con el texto del paso 2. Ahí el enlace sí se puede tocar.</w:t>
      </w:r>
    </w:p>
    <w:p>
      <w:r>
        <w:rPr/>
        <w:t xml:space="preserve">No cambie ni acorte el enlace: el código </w:t>
      </w:r>
      <w:r>
        <w:rPr/>
        <w:t>NOV-04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Esta publicación presenta la marca desde el clima del Valle Central y da una fecha concreta para revisar el techo: finales de noviembre.</w:t>
      </w:r>
    </w:p>
    <w:p>
      <w:r>
        <w:rPr/>
        <w:t>Se mide con la etiqueta «nov-04» del enlace. Si alguien pregunta en los comentarios, respóndale con este enlace de WhatsApp: el mensaje llega con el código NOV-04.</w:t>
      </w:r>
    </w:p>
    <w:p>
      <w:r>
        <w:rPr/>
        <w:t>https://wa.me/50660560426?text=Hola%2C%20vi%20su%20publicaci%C3%B3n%20sobre%20el%20clima%20y%20el%20techo%20y%20quisiera%20hacerles%20una%20consulta.%20%5B</w:t>
      </w:r>
      <w:r>
        <w:rPr/>
        <w:t>NOV-04</w:t>
      </w:r>
      <w:r>
        <w:rPr/>
        <w:t>%5D</w:t>
      </w:r>
    </w:p>
    <w:p>
      <w:r>
        <w:rPr/>
        <w:t>Ver el artículo: Techos en Costa Rica: qué le exige nuestro clima</w:t>
      </w:r>
    </w:p>
    <w:p>
      <w:pPr>
        <w:pStyle w:val="Heading2"/>
      </w:pPr>
      <w:r>
        <w:rPr/>
        <w:t>N.º 5</w:t>
      </w:r>
      <w:r>
        <w:rPr/>
        <w:t xml:space="preserve"> Miércoles 11 de noviembre · 7 p. m.</w:t>
      </w:r>
    </w:p>
    <w:p>
      <w:r>
        <w:rPr/>
        <w:t>NOV-05</w:t>
      </w:r>
    </w:p>
    <w:p>
      <w:r>
        <w:rPr/>
        <w:t>Facebook e Instagram</w:t>
      </w:r>
    </w:p>
    <w:p>
      <w:pPr>
        <w:pStyle w:val="ListNumber"/>
      </w:pPr>
      <w:r>
        <w:rPr/>
        <w:t>Descargue la pieza</w:t>
      </w:r>
    </w:p>
    <w:p>
      <w:r>
        <w:rPr/>
        <w:t>Clip animado · 1080 × 1920 · 6,2 s</w:t>
      </w:r>
      <w:r>
        <w:br/>
      </w:r>
      <w:r>
        <w:rPr/>
        <w:t>MP4 · 621 KB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¿Reparar o cambiar? Casi siempre hay pasos en medio.</w:t>
      </w:r>
      <w:r>
        <w:br/>
      </w:r>
      <w:r>
        <w:br/>
      </w:r>
      <w:r>
        <w:rPr/>
        <w:t>De menor a mayor, una reparación puede ser:</w:t>
      </w:r>
      <w:r>
        <w:br/>
      </w:r>
      <w:r>
        <w:rPr/>
        <w:t>• Sellar la hojalatería</w:t>
      </w:r>
      <w:r>
        <w:br/>
      </w:r>
      <w:r>
        <w:rPr/>
        <w:t>• Reponer tejas sueltas</w:t>
      </w:r>
      <w:r>
        <w:br/>
      </w:r>
      <w:r>
        <w:rPr/>
        <w:t>• Volver a techar una sección</w:t>
      </w:r>
      <w:r>
        <w:br/>
      </w:r>
      <w:r>
        <w:rPr/>
        <w:t>• Arreglar canoas y bajantes</w:t>
      </w:r>
      <w:r>
        <w:br/>
      </w:r>
      <w:r>
        <w:rPr/>
        <w:t>• Sustituir una parte de la estructura</w:t>
      </w:r>
      <w:r>
        <w:br/>
      </w:r>
      <w:r>
        <w:br/>
      </w:r>
      <w:r>
        <w:rPr/>
        <w:t>Cada nivel resuelve algo distinto, y ninguno resuelve el siguiente.</w:t>
      </w:r>
      <w:r>
        <w:br/>
      </w:r>
      <w:r>
        <w:br/>
      </w:r>
      <w:r>
        <w:rPr/>
        <w:t>Qué entra y qué no en una reparación: https://techosbarboza.cr/reparar-techo-que-entra-y-que-no/?utm_source=facebook&amp;utm_medium=social&amp;utm_campaign=nov2026&amp;utm_content=</w:t>
      </w:r>
      <w:r>
        <w:rPr/>
        <w:t>nov-05</w:t>
      </w:r>
      <w:r>
        <w:br/>
      </w:r>
      <w:r>
        <w:br/>
      </w:r>
      <w:r>
        <w:rPr/>
        <w:t>#TechosBarboza #Cartago #CostaRica #TejaAsfáltica</w:t>
      </w:r>
    </w:p>
    <w:p>
      <w:pPr>
        <w:pStyle w:val="ListNumber"/>
      </w:pPr>
      <w:r>
        <w:rPr/>
        <w:t>Publíquela el miércoles 11 de noviembre a las 7 p.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reel, con el texto del paso 2.</w:t>
      </w:r>
    </w:p>
    <w:p>
      <w:pPr>
        <w:pStyle w:val="ListBullet"/>
      </w:pPr>
      <w:r>
        <w:rPr>
          <w:b/>
        </w:rPr>
        <w:t>Instagram</w:t>
      </w:r>
      <w:r>
        <w:br/>
      </w:r>
      <w:r>
        <w:rPr/>
        <w:t>Como reel, con el texto del paso 2. El mismo día, una historia con la pieza y el sticker de enlace (el enlace está en el paso 2): en Instagram el enlace del texto no se puede tocar.</w:t>
      </w:r>
    </w:p>
    <w:p>
      <w:r>
        <w:rPr/>
        <w:t xml:space="preserve">No cambie ni acorte el enlace: el código </w:t>
      </w:r>
      <w:r>
        <w:rPr/>
        <w:t>NOV-05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Para el dueño que duda entre reparar y cambiar: muestra los cinco niveles de una reparación y lleva al artículo.</w:t>
      </w:r>
    </w:p>
    <w:p>
      <w:r>
        <w:rPr/>
        <w:t>Se mide con la etiqueta «nov-05» del enlace. Si alguien pregunta en los comentarios, respóndale con este enlace de WhatsApp: el mensaje llega con el código NOV-05.</w:t>
      </w:r>
    </w:p>
    <w:p>
      <w:r>
        <w:rPr/>
        <w:t>https://wa.me/50660560426?text=Hola%2C%20vi%20su%20video%20sobre%20las%20reparaciones%20de%20techo%20y%20quisiera%20hacerles%20una%20consulta.%20%5B</w:t>
      </w:r>
      <w:r>
        <w:rPr/>
        <w:t>NOV-05</w:t>
      </w:r>
      <w:r>
        <w:rPr/>
        <w:t>%5D</w:t>
      </w:r>
    </w:p>
    <w:p>
      <w:r>
        <w:rPr/>
        <w:t>Ver el artículo: Reparación de techos: qué entra y qué no en el trabajo</w:t>
      </w:r>
    </w:p>
    <w:p>
      <w:pPr>
        <w:pStyle w:val="Heading2"/>
      </w:pPr>
      <w:r>
        <w:rPr/>
        <w:t>N.º 6</w:t>
      </w:r>
      <w:r>
        <w:rPr/>
        <w:t xml:space="preserve"> Jueves 12 de noviembre · 9 a. m.</w:t>
      </w:r>
    </w:p>
    <w:p>
      <w:r>
        <w:rPr/>
        <w:t>NOV-06</w:t>
      </w:r>
    </w:p>
    <w:p>
      <w:r>
        <w:rPr/>
        <w:t>Facebook, Instagram y Estado de WhatsApp</w:t>
      </w:r>
    </w:p>
    <w:p>
      <w:pPr>
        <w:pStyle w:val="ListNumber"/>
      </w:pPr>
      <w:r>
        <w:rPr/>
        <w:t>Descargue la pieza</w:t>
      </w:r>
    </w:p>
    <w:p>
      <w:r>
        <w:rPr/>
        <w:t>Clip animado · 1080 × 1920 · 7,2 s</w:t>
      </w:r>
      <w:r>
        <w:br/>
      </w:r>
      <w:r>
        <w:rPr/>
        <w:t>MP4 · 939 KB</w:t>
      </w:r>
    </w:p>
    <w:p>
      <w:pPr>
        <w:pStyle w:val="ListNumber"/>
      </w:pPr>
      <w:r>
        <w:rPr/>
        <w:t>Copie el texto de su red</w:t>
      </w:r>
    </w:p>
    <w:p>
      <w:r>
        <w:rPr/>
        <w:t>Texto en pantalla para Facebook</w:t>
      </w:r>
    </w:p>
    <w:p>
      <w:r>
        <w:rPr/>
        <w:t>¿Quiere que revisen el suyo? Escríbanos por WhatsApp.</w:t>
      </w:r>
    </w:p>
    <w:p>
      <w:r>
        <w:rPr/>
        <w:t xml:space="preserve">Enlace del sticker: </w:t>
      </w:r>
      <w:r>
        <w:rPr/>
        <w:t>https://wa.me/50660560426?text=Hola%2C%20vi%20su%20historia%20sobre%20la%20revisi%C3%B3n%20del%20techo%20y%20quisiera%20que%20revisen%20el%20m%C3%ADo.%20%5B</w:t>
      </w:r>
      <w:r>
        <w:rPr/>
        <w:t>NOV-06</w:t>
      </w:r>
      <w:r>
        <w:rPr/>
        <w:t>%5D</w:t>
      </w:r>
    </w:p>
    <w:p>
      <w:pPr>
        <w:pStyle w:val="ListNumber"/>
      </w:pPr>
      <w:r>
        <w:rPr/>
        <w:t>Publíquela el jueves 12 de noviembre a las 9 a.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historia de la página: suba el video, escriba encima el texto del paso 2 y agregue el sticker de enlace con el enlace del sticker.</w:t>
      </w:r>
    </w:p>
    <w:p>
      <w:pPr>
        <w:pStyle w:val="ListBullet"/>
      </w:pPr>
      <w:r>
        <w:rPr>
          <w:b/>
        </w:rPr>
        <w:t>Instagram</w:t>
      </w:r>
      <w:r>
        <w:br/>
      </w:r>
      <w:r>
        <w:rPr/>
        <w:t>Como historia: suba el video, escriba encima el texto del paso 2 y agregue el sticker de enlace con el enlace del sticker.</w:t>
      </w:r>
    </w:p>
    <w:p>
      <w:pPr>
        <w:pStyle w:val="ListBullet"/>
      </w:pPr>
      <w:r>
        <w:rPr>
          <w:b/>
        </w:rPr>
        <w:t>Estado de WhatsApp</w:t>
      </w:r>
      <w:r>
        <w:br/>
      </w:r>
      <w:r>
        <w:rPr/>
        <w:t>Desde el WhatsApp de la empresa: la pieza con el texto del paso 2. Ahí el enlace sí se puede tocar.</w:t>
      </w:r>
    </w:p>
    <w:p>
      <w:r>
        <w:rPr/>
        <w:t xml:space="preserve">No cambie ni acorte el enlace: el código </w:t>
      </w:r>
      <w:r>
        <w:rPr/>
        <w:t>NOV-06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Primer llamado a escribir por WhatsApp del mes: explica qué incluye una revisión y sale el jueves por la mañana, con la línea atendiendo.</w:t>
      </w:r>
    </w:p>
    <w:p>
      <w:r>
        <w:rPr/>
        <w:t>Se mide con el código NOV-06: el mensaje de WhatsApp llega con él.</w:t>
      </w:r>
    </w:p>
    <w:p>
      <w:r>
        <w:rPr/>
        <w:t>https://wa.me/50660560426?text=Hola%2C%20vi%20su%20historia%20sobre%20la%20revisi%C3%B3n%20del%20techo%20y%20quisiera%20que%20revisen%20el%20m%C3%ADo.%20%5B</w:t>
      </w:r>
      <w:r>
        <w:rPr/>
        <w:t>NOV-06</w:t>
      </w:r>
      <w:r>
        <w:rPr/>
        <w:t>%5D</w:t>
      </w:r>
    </w:p>
    <w:p>
      <w:r>
        <w:rPr/>
        <w:t>Ver el artículo: Inspección de techo: qué recibe usted por escrito</w:t>
      </w:r>
    </w:p>
    <w:p>
      <w:pPr>
        <w:pStyle w:val="Heading2"/>
      </w:pPr>
      <w:r>
        <w:rPr/>
        <w:t>N.º 7</w:t>
      </w:r>
      <w:r>
        <w:rPr/>
        <w:t xml:space="preserve"> Lunes 16 de noviembre · 12 m.</w:t>
      </w:r>
    </w:p>
    <w:p>
      <w:r>
        <w:rPr/>
        <w:t>NOV-07</w:t>
      </w:r>
    </w:p>
    <w:p>
      <w:r>
        <w:rPr/>
        <w:t>Facebook, Instagram y Estado de WhatsApp</w:t>
      </w:r>
    </w:p>
    <w:p>
      <w:pPr>
        <w:pStyle w:val="ListNumber"/>
      </w:pPr>
      <w:r>
        <w:rPr/>
        <w:t>Descargue la pieza</w:t>
      </w:r>
    </w:p>
    <w:p>
      <w:r>
        <w:rPr/>
        <w:t>Imagen de escena · 2048 × 1152</w:t>
      </w:r>
      <w:r>
        <w:br/>
      </w:r>
      <w:r>
        <w:rPr/>
        <w:t>JPG · 717 KB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Si piensa cambiar el techo antes del verano, noviembre es buen momento para ir planeándolo.</w:t>
      </w:r>
      <w:r>
        <w:br/>
      </w:r>
      <w:r>
        <w:br/>
      </w:r>
      <w:r>
        <w:rPr/>
        <w:t>Un cambio bien hecho sigue un orden: primero se inspecciona y se mide, luego se deja por escrito qué se va a hacer, y solo después se retira el techo viejo.</w:t>
      </w:r>
      <w:r>
        <w:br/>
      </w:r>
      <w:r>
        <w:br/>
      </w:r>
      <w:r>
        <w:rPr/>
        <w:t>Trabajamos con teja asfáltica BP.</w:t>
      </w:r>
      <w:r>
        <w:br/>
      </w:r>
      <w:r>
        <w:br/>
      </w:r>
      <w:r>
        <w:rPr/>
        <w:t>Imagen ilustrativa.</w:t>
      </w:r>
      <w:r>
        <w:br/>
      </w:r>
      <w:r>
        <w:br/>
      </w:r>
      <w:r>
        <w:rPr/>
        <w:t>El proceso completo, paso a paso: https://techosbarboza.cr/cambio-de-techo-costa-rica-proceso-paso-a-paso/?utm_source=facebook&amp;utm_medium=social&amp;utm_campaign=nov2026&amp;utm_content=</w:t>
      </w:r>
      <w:r>
        <w:rPr/>
        <w:t>nov-07</w:t>
      </w:r>
      <w:r>
        <w:br/>
      </w:r>
      <w:r>
        <w:br/>
      </w:r>
      <w:r>
        <w:rPr/>
        <w:t>#TechosBarboza #Cartago #CostaRica #TejaAsfáltica</w:t>
      </w:r>
    </w:p>
    <w:p>
      <w:pPr>
        <w:pStyle w:val="ListNumber"/>
      </w:pPr>
      <w:r>
        <w:rPr/>
        <w:t>Publíquela el lunes 16 de noviembre a las 12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publicación, con la pieza y el texto del paso 2.</w:t>
      </w:r>
    </w:p>
    <w:p>
      <w:pPr>
        <w:pStyle w:val="ListBullet"/>
      </w:pPr>
      <w:r>
        <w:rPr>
          <w:b/>
        </w:rPr>
        <w:t>Instagram</w:t>
      </w:r>
      <w:r>
        <w:br/>
      </w:r>
      <w:r>
        <w:rPr/>
        <w:t>Como publicación, con el texto del paso 2. El mismo día, una historia con la pieza y el sticker de enlace (el enlace está en el paso 2): en Instagram el enlace del texto no se puede tocar.</w:t>
      </w:r>
    </w:p>
    <w:p>
      <w:pPr>
        <w:pStyle w:val="ListBullet"/>
      </w:pPr>
      <w:r>
        <w:rPr>
          <w:b/>
        </w:rPr>
        <w:t>Estado de WhatsApp</w:t>
      </w:r>
      <w:r>
        <w:br/>
      </w:r>
      <w:r>
        <w:rPr/>
        <w:t>Desde el WhatsApp de la empresa: la pieza con el texto del paso 2. Ahí el enlace sí se puede tocar.</w:t>
      </w:r>
    </w:p>
    <w:p>
      <w:r>
        <w:rPr/>
        <w:t xml:space="preserve">No cambie ni acorte el enlace: el código </w:t>
      </w:r>
      <w:r>
        <w:rPr/>
        <w:t>NOV-07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Tema de planificación antes del verano: explica el proceso de un cambio de techo para quitar la incertidumbre que frena la decisión.</w:t>
      </w:r>
    </w:p>
    <w:p>
      <w:r>
        <w:rPr/>
        <w:t>Se mide con la etiqueta «nov-07» del enlace. Si alguien pregunta en los comentarios, respóndale con este enlace de WhatsApp: el mensaje llega con el código NOV-07.</w:t>
      </w:r>
    </w:p>
    <w:p>
      <w:r>
        <w:rPr/>
        <w:t>https://wa.me/50660560426?text=Hola%2C%20vi%20su%20publicaci%C3%B3n%20sobre%20el%20cambio%20de%20techo%20y%20quisiera%20hacerles%20una%20consulta.%20%5B</w:t>
      </w:r>
      <w:r>
        <w:rPr/>
        <w:t>NOV-07</w:t>
      </w:r>
      <w:r>
        <w:rPr/>
        <w:t>%5D</w:t>
      </w:r>
    </w:p>
    <w:p>
      <w:r>
        <w:rPr/>
        <w:t>Ver el artículo: Cambio de techo en Costa Rica: el proceso completo, paso a paso</w:t>
      </w:r>
    </w:p>
    <w:p>
      <w:pPr>
        <w:pStyle w:val="Heading2"/>
      </w:pPr>
      <w:r>
        <w:rPr/>
        <w:t>N.º 8</w:t>
      </w:r>
      <w:r>
        <w:rPr/>
        <w:t xml:space="preserve"> Miércoles 18 de noviembre · 8 a. m.</w:t>
      </w:r>
    </w:p>
    <w:p>
      <w:r>
        <w:rPr/>
        <w:t>NOV-08</w:t>
      </w:r>
    </w:p>
    <w:p>
      <w:r>
        <w:rPr/>
        <w:t>Facebook e Instagram</w:t>
      </w:r>
    </w:p>
    <w:p>
      <w:pPr>
        <w:pStyle w:val="ListNumber"/>
      </w:pPr>
      <w:r>
        <w:rPr/>
        <w:t>Descargue la pieza</w:t>
      </w:r>
    </w:p>
    <w:p>
      <w:r>
        <w:rPr/>
        <w:t>Imagen de escena · 2752 × 1536</w:t>
      </w:r>
      <w:r>
        <w:br/>
      </w:r>
      <w:r>
        <w:rPr/>
        <w:t>JPG · 1,4 MB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Antes de techar, revise lo que hay debajo.</w:t>
      </w:r>
      <w:r>
        <w:br/>
      </w:r>
      <w:r>
        <w:br/>
      </w:r>
      <w:r>
        <w:rPr/>
        <w:t>Un techo nuevo sobre una estructura cansada hereda el problema. Antes de instalar conviene mirar:</w:t>
      </w:r>
      <w:r>
        <w:br/>
      </w:r>
      <w:r>
        <w:rPr/>
        <w:t>• La humedad de la madera</w:t>
      </w:r>
      <w:r>
        <w:br/>
      </w:r>
      <w:r>
        <w:rPr/>
        <w:t>• El comején</w:t>
      </w:r>
      <w:r>
        <w:br/>
      </w:r>
      <w:r>
        <w:rPr/>
        <w:t>• El óxido en las cerchas metálicas</w:t>
      </w:r>
      <w:r>
        <w:br/>
      </w:r>
      <w:r>
        <w:rPr/>
        <w:t>• Los hundimientos</w:t>
      </w:r>
      <w:r>
        <w:br/>
      </w:r>
      <w:r>
        <w:rPr/>
        <w:t>• La pendiente</w:t>
      </w:r>
      <w:r>
        <w:br/>
      </w:r>
      <w:r>
        <w:br/>
      </w:r>
      <w:r>
        <w:rPr/>
        <w:t>Para quienes diseñan, construyen o instalan: lo que se encuentra se documenta antes de cotizar, y así se reducen las sorpresas a mitad de obra.</w:t>
      </w:r>
      <w:r>
        <w:br/>
      </w:r>
      <w:r>
        <w:br/>
      </w:r>
      <w:r>
        <w:rPr/>
        <w:t>Imagen ilustrativa.</w:t>
      </w:r>
      <w:r>
        <w:br/>
      </w:r>
      <w:r>
        <w:br/>
      </w:r>
      <w:r>
        <w:rPr/>
        <w:t>Cerchas, clavadores y base, explicado: https://techosbarboza.cr/estructura-del-techo-cerchas-clavadores-base/?utm_source=facebook&amp;utm_medium=social&amp;utm_campaign=nov2026&amp;utm_content=</w:t>
      </w:r>
      <w:r>
        <w:rPr/>
        <w:t>nov-08</w:t>
      </w:r>
      <w:r>
        <w:br/>
      </w:r>
      <w:r>
        <w:br/>
      </w:r>
      <w:r>
        <w:rPr/>
        <w:t>#ConstruccionCR #ArquitecturaCR #TechosBarboza #CostaRica</w:t>
      </w:r>
    </w:p>
    <w:p>
      <w:pPr>
        <w:pStyle w:val="ListNumber"/>
      </w:pPr>
      <w:r>
        <w:rPr/>
        <w:t>Publíquela el miércoles 18 de noviembre a las 8 a.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publicación, con la pieza y el texto del paso 2.</w:t>
      </w:r>
    </w:p>
    <w:p>
      <w:pPr>
        <w:pStyle w:val="ListBullet"/>
      </w:pPr>
      <w:r>
        <w:rPr>
          <w:b/>
        </w:rPr>
        <w:t>Instagram</w:t>
      </w:r>
      <w:r>
        <w:br/>
      </w:r>
      <w:r>
        <w:rPr/>
        <w:t>Como publicación, con el texto del paso 2. El mismo día, una historia con la pieza y el sticker de enlace (el enlace está en el paso 2): en Instagram el enlace del texto no se puede tocar.</w:t>
      </w:r>
    </w:p>
    <w:p>
      <w:r>
        <w:rPr/>
        <w:t xml:space="preserve">No cambie ni acorte el enlace: el código </w:t>
      </w:r>
      <w:r>
        <w:rPr/>
        <w:t>NOV-08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Primera pieza para profesionales: la estructura es lo que arquitectos, constructores e instaladores deciden antes de techar.</w:t>
      </w:r>
    </w:p>
    <w:p>
      <w:r>
        <w:rPr/>
        <w:t>Se mide con la etiqueta «nov-08» del enlace. Si alguien pregunta en los comentarios, respóndale con este enlace de WhatsApp: el mensaje llega con el código NOV-08.</w:t>
      </w:r>
    </w:p>
    <w:p>
      <w:r>
        <w:rPr/>
        <w:t>https://wa.me/50660560426?text=Hola%2C%20vi%20su%20publicaci%C3%B3n%20sobre%20la%20estructura%20del%20techo%20y%20quisiera%20hacerles%20una%20consulta.%20%5B</w:t>
      </w:r>
      <w:r>
        <w:rPr/>
        <w:t>NOV-08</w:t>
      </w:r>
      <w:r>
        <w:rPr/>
        <w:t>%5D</w:t>
      </w:r>
    </w:p>
    <w:p>
      <w:r>
        <w:rPr/>
        <w:t>Ver el artículo: Estructura del techo: cerchas, clavadores y base</w:t>
      </w:r>
    </w:p>
    <w:p>
      <w:pPr>
        <w:pStyle w:val="Heading2"/>
      </w:pPr>
      <w:r>
        <w:rPr/>
        <w:t>N.º 9</w:t>
      </w:r>
      <w:r>
        <w:rPr/>
        <w:t xml:space="preserve"> Jueves 19 de noviembre · 9 a. m.</w:t>
      </w:r>
    </w:p>
    <w:p>
      <w:r>
        <w:rPr/>
        <w:t>NOV-09</w:t>
      </w:r>
    </w:p>
    <w:p>
      <w:r>
        <w:rPr/>
        <w:t>Facebook y Estado de WhatsApp</w:t>
      </w:r>
    </w:p>
    <w:p>
      <w:pPr>
        <w:pStyle w:val="ListNumber"/>
      </w:pPr>
      <w:r>
        <w:rPr/>
        <w:t>Descargue la pieza</w:t>
      </w:r>
    </w:p>
    <w:p>
      <w:r>
        <w:rPr/>
        <w:t>Imagen de escena · 2048 × 1152</w:t>
      </w:r>
      <w:r>
        <w:br/>
      </w:r>
      <w:r>
        <w:rPr/>
        <w:t>JPG · 868 KB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Un techo nuevo cambia la fachada y protege la casa por dentro. 🏠</w:t>
      </w:r>
      <w:r>
        <w:br/>
      </w:r>
      <w:r>
        <w:br/>
      </w:r>
      <w:r>
        <w:rPr/>
        <w:t>Si ya decidió cambiarlo, así se empieza: una revisión y medición del techo y, después, un alcance por escrito de lo que se va a hacer.</w:t>
      </w:r>
      <w:r>
        <w:br/>
      </w:r>
      <w:r>
        <w:br/>
      </w:r>
      <w:r>
        <w:rPr/>
        <w:t>Imagen ilustrativa.</w:t>
      </w:r>
      <w:r>
        <w:br/>
      </w:r>
      <w:r>
        <w:br/>
      </w:r>
      <w:r>
        <w:rPr/>
        <w:t>Para dar el primer paso, escríbanos por WhatsApp: https://wa.me/50660560426?text=Hola%2C%20vi%20su%20publicaci%C3%B3n%20sobre%20el%20cambio%20de%20techo%20y%20quisiera%20empezar%20con%20una%20revisi%C3%B3n.%20%5B</w:t>
      </w:r>
      <w:r>
        <w:rPr/>
        <w:t>NOV-09</w:t>
      </w:r>
      <w:r>
        <w:rPr/>
        <w:t>%5D</w:t>
      </w:r>
      <w:r>
        <w:br/>
      </w:r>
      <w:r>
        <w:br/>
      </w:r>
      <w:r>
        <w:rPr/>
        <w:t>#TechosBarboza #Cartago #CostaRica #TejaAsfáltica</w:t>
      </w:r>
    </w:p>
    <w:p>
      <w:pPr>
        <w:pStyle w:val="ListNumber"/>
      </w:pPr>
      <w:r>
        <w:rPr/>
        <w:t>Publíquela el jueves 19 de noviembre a las 9 a.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publicación, con la pieza y el texto del paso 2.</w:t>
      </w:r>
    </w:p>
    <w:p>
      <w:pPr>
        <w:pStyle w:val="ListBullet"/>
      </w:pPr>
      <w:r>
        <w:rPr>
          <w:b/>
        </w:rPr>
        <w:t>Estado de WhatsApp</w:t>
      </w:r>
      <w:r>
        <w:br/>
      </w:r>
      <w:r>
        <w:rPr/>
        <w:t>Desde el WhatsApp de la empresa: la pieza con el texto del paso 2. Ahí el enlace sí se puede tocar.</w:t>
      </w:r>
    </w:p>
    <w:p>
      <w:r>
        <w:rPr/>
        <w:t xml:space="preserve">No cambie ni acorte el enlace: el código </w:t>
      </w:r>
      <w:r>
        <w:rPr/>
        <w:t>NOV-09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Segundo llamado a WhatsApp, para quien ya decidió cambiar el techo: muestra el resultado y explica cómo se empieza.</w:t>
      </w:r>
    </w:p>
    <w:p>
      <w:r>
        <w:rPr/>
        <w:t>Se mide con el código NOV-09: el mensaje de WhatsApp llega con él.</w:t>
      </w:r>
    </w:p>
    <w:p>
      <w:r>
        <w:rPr/>
        <w:t>https://wa.me/50660560426?text=Hola%2C%20vi%20su%20publicaci%C3%B3n%20sobre%20el%20cambio%20de%20techo%20y%20quisiera%20empezar%20con%20una%20revisi%C3%B3n.%20%5B</w:t>
      </w:r>
      <w:r>
        <w:rPr/>
        <w:t>NOV-09</w:t>
      </w:r>
      <w:r>
        <w:rPr/>
        <w:t>%5D</w:t>
      </w:r>
    </w:p>
    <w:p>
      <w:r>
        <w:rPr/>
        <w:t>Ver el artículo: Cambio de techo en Costa Rica: el proceso completo, paso a paso</w:t>
      </w:r>
    </w:p>
    <w:p>
      <w:pPr>
        <w:pStyle w:val="Heading2"/>
      </w:pPr>
      <w:r>
        <w:rPr/>
        <w:t>N.º 10</w:t>
      </w:r>
      <w:r>
        <w:rPr/>
        <w:t xml:space="preserve"> Lunes 23 de noviembre · 12 m.</w:t>
      </w:r>
    </w:p>
    <w:p>
      <w:r>
        <w:rPr/>
        <w:t>NOV-10</w:t>
      </w:r>
    </w:p>
    <w:p>
      <w:r>
        <w:rPr/>
        <w:t>Facebook, Instagram y Estado de WhatsApp</w:t>
      </w:r>
    </w:p>
    <w:p>
      <w:pPr>
        <w:pStyle w:val="ListNumber"/>
      </w:pPr>
      <w:r>
        <w:rPr/>
        <w:t>Descargue la pieza</w:t>
      </w:r>
    </w:p>
    <w:p>
      <w:r>
        <w:rPr/>
        <w:t>Infografía · 1024 × 1024</w:t>
      </w:r>
      <w:r>
        <w:br/>
      </w:r>
      <w:r>
        <w:rPr/>
        <w:t>PNG · 65 KB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¿Reparar otra vez o cambiar el techo?</w:t>
      </w:r>
      <w:r>
        <w:br/>
      </w:r>
      <w:r>
        <w:br/>
      </w:r>
      <w:r>
        <w:rPr/>
        <w:t>Cuatro señales de que ya no conviene seguir reparando:</w:t>
      </w:r>
      <w:r>
        <w:br/>
      </w:r>
      <w:r>
        <w:rPr/>
        <w:t>• Una tercera reparación en la misma temporada</w:t>
      </w:r>
      <w:r>
        <w:br/>
      </w:r>
      <w:r>
        <w:rPr/>
        <w:t>• Granulado de la teja acumulado en las canoas</w:t>
      </w:r>
      <w:r>
        <w:br/>
      </w:r>
      <w:r>
        <w:rPr/>
        <w:t>• Estructura de madera comprometida</w:t>
      </w:r>
      <w:r>
        <w:br/>
      </w:r>
      <w:r>
        <w:rPr/>
        <w:t>• Más de dos capas ya instaladas</w:t>
      </w:r>
      <w:r>
        <w:br/>
      </w:r>
      <w:r>
        <w:br/>
      </w:r>
      <w:r>
        <w:rPr/>
        <w:t>Cuando se juntan varias, conviene evaluar el cambio completo.</w:t>
      </w:r>
      <w:r>
        <w:br/>
      </w:r>
      <w:r>
        <w:br/>
      </w:r>
      <w:r>
        <w:rPr/>
        <w:t>Cuándo cambiar y no seguir reparando: https://techosbarboza.cr/cuando-es-mejor-cambiar-el-techo-y-no-seguir-reparando/?utm_source=facebook&amp;utm_medium=social&amp;utm_campaign=nov2026&amp;utm_content=</w:t>
      </w:r>
      <w:r>
        <w:rPr/>
        <w:t>nov-10</w:t>
      </w:r>
      <w:r>
        <w:br/>
      </w:r>
      <w:r>
        <w:br/>
      </w:r>
      <w:r>
        <w:rPr/>
        <w:t>#TechosBarboza #Cartago #CostaRica #TejaAsfáltica</w:t>
      </w:r>
    </w:p>
    <w:p>
      <w:pPr>
        <w:pStyle w:val="ListNumber"/>
      </w:pPr>
      <w:r>
        <w:rPr/>
        <w:t>Publíquela el lunes 23 de noviembre a las 12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publicación, con la pieza y el texto del paso 2.</w:t>
      </w:r>
    </w:p>
    <w:p>
      <w:pPr>
        <w:pStyle w:val="ListBullet"/>
      </w:pPr>
      <w:r>
        <w:rPr>
          <w:b/>
        </w:rPr>
        <w:t>Instagram</w:t>
      </w:r>
      <w:r>
        <w:br/>
      </w:r>
      <w:r>
        <w:rPr/>
        <w:t>Como publicación, con el texto del paso 2. El mismo día, una historia con la pieza y el sticker de enlace (el enlace está en el paso 2): en Instagram el enlace del texto no se puede tocar.</w:t>
      </w:r>
    </w:p>
    <w:p>
      <w:pPr>
        <w:pStyle w:val="ListBullet"/>
      </w:pPr>
      <w:r>
        <w:rPr>
          <w:b/>
        </w:rPr>
        <w:t>Estado de WhatsApp</w:t>
      </w:r>
      <w:r>
        <w:br/>
      </w:r>
      <w:r>
        <w:rPr/>
        <w:t>Desde el WhatsApp de la empresa: la pieza con el texto del paso 2. Ahí el enlace sí se puede tocar.</w:t>
      </w:r>
    </w:p>
    <w:p>
      <w:r>
        <w:rPr/>
        <w:t xml:space="preserve">No cambie ni acorte el enlace: el código </w:t>
      </w:r>
      <w:r>
        <w:rPr/>
        <w:t>NOV-10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Esta publicación retoma la pregunta de la semana 2 (reparar o cambiar) con las señales que indican que ya toca cambiar.</w:t>
      </w:r>
    </w:p>
    <w:p>
      <w:r>
        <w:rPr/>
        <w:t>Se mide con la etiqueta «nov-10» del enlace. Si alguien pregunta en los comentarios, respóndale con este enlace de WhatsApp: el mensaje llega con el código NOV-10.</w:t>
      </w:r>
    </w:p>
    <w:p>
      <w:r>
        <w:rPr/>
        <w:t>https://wa.me/50660560426?text=Hola%2C%20vi%20su%20publicaci%C3%B3n%20sobre%20reparar%20o%20cambiar%20el%20techo%20y%20quisiera%20hacerles%20una%20consulta.%20%5B</w:t>
      </w:r>
      <w:r>
        <w:rPr/>
        <w:t>NOV-10</w:t>
      </w:r>
      <w:r>
        <w:rPr/>
        <w:t>%5D</w:t>
      </w:r>
    </w:p>
    <w:p>
      <w:r>
        <w:rPr/>
        <w:t>Ver el artículo: ¿Cuándo es mejor cambiar el techo y no seguir reparando?</w:t>
      </w:r>
    </w:p>
    <w:p>
      <w:pPr>
        <w:pStyle w:val="Heading2"/>
      </w:pPr>
      <w:r>
        <w:rPr/>
        <w:t>N.º 11</w:t>
      </w:r>
      <w:r>
        <w:rPr/>
        <w:t xml:space="preserve"> Miércoles 25 de noviembre · 8 a. m.</w:t>
      </w:r>
    </w:p>
    <w:p>
      <w:r>
        <w:rPr/>
        <w:t>NOV-11</w:t>
      </w:r>
    </w:p>
    <w:p>
      <w:r>
        <w:rPr/>
        <w:t>Facebook e Instagram</w:t>
      </w:r>
    </w:p>
    <w:p>
      <w:pPr>
        <w:pStyle w:val="ListNumber"/>
      </w:pPr>
      <w:r>
        <w:rPr/>
        <w:t>Descargue la pieza</w:t>
      </w:r>
    </w:p>
    <w:p>
      <w:r>
        <w:rPr/>
        <w:t>Infografía · 1024 × 1024</w:t>
      </w:r>
      <w:r>
        <w:br/>
      </w:r>
      <w:r>
        <w:rPr/>
        <w:t>PNG · 795 KB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En el borde del techo se decide si el agua cae afuera o entra.</w:t>
      </w:r>
      <w:r>
        <w:br/>
      </w:r>
      <w:r>
        <w:br/>
      </w:r>
      <w:r>
        <w:rPr/>
        <w:t>Cuatro puntos para revisar en el alero:</w:t>
      </w:r>
      <w:r>
        <w:br/>
      </w:r>
      <w:r>
        <w:rPr/>
        <w:t>• El botaguas</w:t>
      </w:r>
      <w:r>
        <w:br/>
      </w:r>
      <w:r>
        <w:rPr/>
        <w:t>• La teja de inicio</w:t>
      </w:r>
      <w:r>
        <w:br/>
      </w:r>
      <w:r>
        <w:rPr/>
        <w:t>• La canoa bien colgada</w:t>
      </w:r>
      <w:r>
        <w:br/>
      </w:r>
      <w:r>
        <w:rPr/>
        <w:t>• La fascia sana</w:t>
      </w:r>
      <w:r>
        <w:br/>
      </w:r>
      <w:r>
        <w:br/>
      </w:r>
      <w:r>
        <w:rPr/>
        <w:t>Para instaladores y constructores: la mayoría de las filtraciones no nace en el centro de la teja, sino donde el techo cambia de dirección o se une a otra superficie.</w:t>
      </w:r>
      <w:r>
        <w:br/>
      </w:r>
      <w:r>
        <w:br/>
      </w:r>
      <w:r>
        <w:rPr/>
        <w:t>Hojalatería y tapajuntas, explicado: https://techosbarboza.cr/hojalateria-tapajuntas-proteccion-filtraciones/?utm_source=facebook&amp;utm_medium=social&amp;utm_campaign=nov2026&amp;utm_content=</w:t>
      </w:r>
      <w:r>
        <w:rPr/>
        <w:t>nov-11</w:t>
      </w:r>
      <w:r>
        <w:br/>
      </w:r>
      <w:r>
        <w:br/>
      </w:r>
      <w:r>
        <w:rPr/>
        <w:t>#ConstruccionCR #ArquitecturaCR #TechosBarboza #CostaRica</w:t>
      </w:r>
    </w:p>
    <w:p>
      <w:pPr>
        <w:pStyle w:val="ListNumber"/>
      </w:pPr>
      <w:r>
        <w:rPr/>
        <w:t>Publíquela el miércoles 25 de noviembre a las 8 a.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publicación, con la pieza y el texto del paso 2.</w:t>
      </w:r>
    </w:p>
    <w:p>
      <w:pPr>
        <w:pStyle w:val="ListBullet"/>
      </w:pPr>
      <w:r>
        <w:rPr>
          <w:b/>
        </w:rPr>
        <w:t>Instagram</w:t>
      </w:r>
      <w:r>
        <w:br/>
      </w:r>
      <w:r>
        <w:rPr/>
        <w:t>Como publicación, con el texto del paso 2. El mismo día, una historia con la pieza y el sticker de enlace (el enlace está en el paso 2): en Instagram el enlace del texto no se puede tocar.</w:t>
      </w:r>
    </w:p>
    <w:p>
      <w:r>
        <w:rPr/>
        <w:t xml:space="preserve">No cambie ni acorte el enlace: el código </w:t>
      </w:r>
      <w:r>
        <w:rPr/>
        <w:t>NOV-11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Segunda pieza para profesionales: el borde y los remates, donde se deciden las filtraciones.</w:t>
      </w:r>
    </w:p>
    <w:p>
      <w:r>
        <w:rPr/>
        <w:t>Se mide con la etiqueta «nov-11» del enlace. Si alguien pregunta en los comentarios, respóndale con este enlace de WhatsApp: el mensaje llega con el código NOV-11.</w:t>
      </w:r>
    </w:p>
    <w:p>
      <w:r>
        <w:rPr/>
        <w:t>https://wa.me/50660560426?text=Hola%2C%20vi%20su%20publicaci%C3%B3n%20sobre%20el%20borde%20del%20techo%20y%20quisiera%20hacerles%20una%20consulta.%20%5B</w:t>
      </w:r>
      <w:r>
        <w:rPr/>
        <w:t>NOV-11</w:t>
      </w:r>
      <w:r>
        <w:rPr/>
        <w:t>%5D</w:t>
      </w:r>
    </w:p>
    <w:p>
      <w:r>
        <w:rPr/>
        <w:t>Ver el artículo: Hojalatería y tapajuntas: la protección invisible que evita filtraciones</w:t>
      </w:r>
    </w:p>
    <w:p>
      <w:pPr>
        <w:pStyle w:val="Heading2"/>
      </w:pPr>
      <w:r>
        <w:rPr/>
        <w:t>N.º 12</w:t>
      </w:r>
      <w:r>
        <w:rPr/>
        <w:t xml:space="preserve"> Jueves 26 de noviembre · 9 a. m.</w:t>
      </w:r>
    </w:p>
    <w:p>
      <w:r>
        <w:rPr/>
        <w:t>NOV-12</w:t>
      </w:r>
    </w:p>
    <w:p>
      <w:r>
        <w:rPr/>
        <w:t>Facebook y Estado de WhatsApp</w:t>
      </w:r>
    </w:p>
    <w:p>
      <w:pPr>
        <w:pStyle w:val="ListNumber"/>
      </w:pPr>
      <w:r>
        <w:rPr/>
        <w:t>Descargue la pieza</w:t>
      </w:r>
    </w:p>
    <w:p>
      <w:r>
        <w:rPr/>
        <w:t>Video de escena · 1920 × 1080 · 8 s</w:t>
      </w:r>
      <w:r>
        <w:br/>
      </w:r>
      <w:r>
        <w:rPr/>
        <w:t>MP4 · 3,5 MB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Dos presupuestos pueden verse muy distintos y los dos estar bien hechos. Lo que cambia es lo que incluye cada uno.</w:t>
      </w:r>
      <w:r>
        <w:br/>
      </w:r>
      <w:r>
        <w:br/>
      </w:r>
      <w:r>
        <w:rPr/>
        <w:t>Antes de decidir, pida que le detallen la teja, lo que va debajo de ella, la hojalatería, la ventilación y qué queda por escrito.</w:t>
      </w:r>
      <w:r>
        <w:br/>
      </w:r>
      <w:r>
        <w:br/>
      </w:r>
      <w:r>
        <w:rPr/>
        <w:t>Video ilustrativo.</w:t>
      </w:r>
      <w:r>
        <w:br/>
      </w:r>
      <w:r>
        <w:br/>
      </w:r>
      <w:r>
        <w:rPr/>
        <w:t>Si quiere comparar con calma, escríbanos por WhatsApp: https://wa.me/50660560426?text=Hola%2C%20vi%20su%20video%20sobre%20los%20presupuestos%20de%20techo%20y%20quisiera%20consultar%20por%20el%20m%C3%ADo.%20%5B</w:t>
      </w:r>
      <w:r>
        <w:rPr/>
        <w:t>NOV-12</w:t>
      </w:r>
      <w:r>
        <w:rPr/>
        <w:t>%5D</w:t>
      </w:r>
      <w:r>
        <w:br/>
      </w:r>
      <w:r>
        <w:br/>
      </w:r>
      <w:r>
        <w:rPr/>
        <w:t>#TechosBarboza #Cartago #CostaRica #TejaAsfáltica</w:t>
      </w:r>
    </w:p>
    <w:p>
      <w:pPr>
        <w:pStyle w:val="ListNumber"/>
      </w:pPr>
      <w:r>
        <w:rPr/>
        <w:t>Publíquela el jueves 26 de noviembre a las 9 a.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publicación con video, con el texto del paso 2.</w:t>
      </w:r>
    </w:p>
    <w:p>
      <w:pPr>
        <w:pStyle w:val="ListBullet"/>
      </w:pPr>
      <w:r>
        <w:rPr>
          <w:b/>
        </w:rPr>
        <w:t>Estado de WhatsApp</w:t>
      </w:r>
      <w:r>
        <w:br/>
      </w:r>
      <w:r>
        <w:rPr/>
        <w:t>Desde el WhatsApp de la empresa: la pieza con el texto del paso 2. Ahí el enlace sí se puede tocar.</w:t>
      </w:r>
    </w:p>
    <w:p>
      <w:r>
        <w:rPr/>
        <w:t xml:space="preserve">No cambie ni acorte el enlace: el código </w:t>
      </w:r>
      <w:r>
        <w:rPr/>
        <w:t>NOV-12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Tercer llamado a WhatsApp: para quien ya tiene presupuestos y duda; el video dice que lo que cambia es lo que incluyen.</w:t>
      </w:r>
    </w:p>
    <w:p>
      <w:r>
        <w:rPr/>
        <w:t>Se mide con el código NOV-12: el mensaje de WhatsApp llega con él.</w:t>
      </w:r>
    </w:p>
    <w:p>
      <w:r>
        <w:rPr/>
        <w:t>https://wa.me/50660560426?text=Hola%2C%20vi%20su%20video%20sobre%20los%20presupuestos%20de%20techo%20y%20quisiera%20consultar%20por%20el%20m%C3%ADo.%20%5B</w:t>
      </w:r>
      <w:r>
        <w:rPr/>
        <w:t>NOV-12</w:t>
      </w:r>
      <w:r>
        <w:rPr/>
        <w:t>%5D</w:t>
      </w:r>
    </w:p>
    <w:p>
      <w:r>
        <w:rPr/>
        <w:t>Ver el artículo: Qué mueve el precio de un techo: 8 factores que explican dos presupuestos distintos</w:t>
      </w:r>
    </w:p>
    <w:p>
      <w:pPr>
        <w:pStyle w:val="Heading2"/>
      </w:pPr>
      <w:r>
        <w:rPr/>
        <w:t>N.º 13</w:t>
      </w:r>
      <w:r>
        <w:rPr/>
        <w:t xml:space="preserve"> Lunes 30 de noviembre · 8 a. m.</w:t>
      </w:r>
    </w:p>
    <w:p>
      <w:r>
        <w:rPr/>
        <w:t>NOV-13</w:t>
      </w:r>
    </w:p>
    <w:p>
      <w:r>
        <w:rPr/>
        <w:t>Facebook e Instagram</w:t>
      </w:r>
    </w:p>
    <w:p>
      <w:pPr>
        <w:pStyle w:val="ListNumber"/>
      </w:pPr>
      <w:r>
        <w:rPr/>
        <w:t>Descargue la pieza</w:t>
      </w:r>
    </w:p>
    <w:p>
      <w:r>
        <w:rPr/>
        <w:t>Infografía · 1024 × 1024</w:t>
      </w:r>
      <w:r>
        <w:br/>
      </w:r>
      <w:r>
        <w:rPr/>
        <w:t>PNG · 333 KB</w:t>
      </w:r>
    </w:p>
    <w:p>
      <w:pPr>
        <w:pStyle w:val="ListNumber"/>
      </w:pPr>
      <w:r>
        <w:rPr/>
        <w:t>Copie el texto de su red</w:t>
      </w:r>
    </w:p>
    <w:p>
      <w:r>
        <w:rPr/>
        <w:t>Texto para Facebook</w:t>
      </w:r>
    </w:p>
    <w:p>
      <w:r>
        <w:rPr/>
        <w:t>Un techo no es una teja. Son siete componentes:</w:t>
      </w:r>
      <w:r>
        <w:br/>
      </w:r>
      <w:r>
        <w:rPr/>
        <w:t>• Contrapiso impermeable</w:t>
      </w:r>
      <w:r>
        <w:br/>
      </w:r>
      <w:r>
        <w:rPr/>
        <w:t>• Fieltro</w:t>
      </w:r>
      <w:r>
        <w:br/>
      </w:r>
      <w:r>
        <w:rPr/>
        <w:t>• Teja de inicio</w:t>
      </w:r>
      <w:r>
        <w:br/>
      </w:r>
      <w:r>
        <w:rPr/>
        <w:t>• Teja asfáltica</w:t>
      </w:r>
      <w:r>
        <w:br/>
      </w:r>
      <w:r>
        <w:rPr/>
        <w:t>• Hojalatería</w:t>
      </w:r>
      <w:r>
        <w:br/>
      </w:r>
      <w:r>
        <w:rPr/>
        <w:t>• Ventilación</w:t>
      </w:r>
      <w:r>
        <w:br/>
      </w:r>
      <w:r>
        <w:rPr/>
        <w:t>• Cumbrera</w:t>
      </w:r>
      <w:r>
        <w:br/>
      </w:r>
      <w:r>
        <w:br/>
      </w:r>
      <w:r>
        <w:rPr/>
        <w:t>Omitir uno solo es donde nacen las goteras.</w:t>
      </w:r>
      <w:r>
        <w:br/>
      </w:r>
      <w:r>
        <w:br/>
      </w:r>
      <w:r>
        <w:rPr/>
        <w:t>Para arquitectos y constructoras: una especificación clara evita cambios en obra y retrabajos.</w:t>
      </w:r>
      <w:r>
        <w:br/>
      </w:r>
      <w:r>
        <w:br/>
      </w:r>
      <w:r>
        <w:rPr/>
        <w:t>Cómo especificar un techo de teja asfáltica sin errores: https://techosbarboza.cr/arquitectos-y-constructoras-como-especificar-un-techo-de-teja-asfaltica-sin-errores/?utm_source=facebook&amp;utm_medium=social&amp;utm_campaign=nov2026&amp;utm_content=</w:t>
      </w:r>
      <w:r>
        <w:rPr/>
        <w:t>nov-13</w:t>
      </w:r>
      <w:r>
        <w:br/>
      </w:r>
      <w:r>
        <w:br/>
      </w:r>
      <w:r>
        <w:rPr/>
        <w:t>#ConstruccionCR #ArquitecturaCR #TechosBarboza #CostaRica</w:t>
      </w:r>
    </w:p>
    <w:p>
      <w:pPr>
        <w:pStyle w:val="ListNumber"/>
      </w:pPr>
      <w:r>
        <w:rPr/>
        <w:t>Publíquela el lunes 30 de noviembre a las 8 a. m.</w:t>
      </w:r>
    </w:p>
    <w:p>
      <w:pPr>
        <w:pStyle w:val="ListBullet"/>
      </w:pPr>
      <w:r>
        <w:rPr>
          <w:b/>
        </w:rPr>
        <w:t>Facebook</w:t>
      </w:r>
      <w:r>
        <w:br/>
      </w:r>
      <w:r>
        <w:rPr/>
        <w:t>Como publicación, con la pieza y el texto del paso 2.</w:t>
      </w:r>
    </w:p>
    <w:p>
      <w:pPr>
        <w:pStyle w:val="ListBullet"/>
      </w:pPr>
      <w:r>
        <w:rPr>
          <w:b/>
        </w:rPr>
        <w:t>Instagram</w:t>
      </w:r>
      <w:r>
        <w:br/>
      </w:r>
      <w:r>
        <w:rPr/>
        <w:t>Como publicación, con el texto del paso 2. El mismo día, una historia con la pieza y el sticker de enlace (el enlace está en el paso 2): en Instagram el enlace del texto no se puede tocar.</w:t>
      </w:r>
    </w:p>
    <w:p>
      <w:r>
        <w:rPr/>
        <w:t xml:space="preserve">No cambie ni acorte el enlace: el código </w:t>
      </w:r>
      <w:r>
        <w:rPr/>
        <w:t>NOV-13</w:t>
      </w:r>
      <w:r>
        <w:rPr/>
        <w:t xml:space="preserve"> dice qué publicación trajo cada visita o mensaje.</w:t>
      </w:r>
    </w:p>
    <w:p>
      <w:r>
        <w:rPr/>
        <w:t>Por qué esta publicación y qué responder si preguntan</w:t>
      </w:r>
    </w:p>
    <w:p>
      <w:r>
        <w:rPr/>
        <w:t>Esta publicación cierra el mes con la pieza para quienes especifican: un techo no es una teja, son siete componentes.</w:t>
      </w:r>
    </w:p>
    <w:p>
      <w:r>
        <w:rPr/>
        <w:t>Se mide con la etiqueta «nov-13» del enlace. Si alguien pregunta en los comentarios, respóndale con este enlace de WhatsApp: el mensaje llega con el código NOV-13.</w:t>
      </w:r>
    </w:p>
    <w:p>
      <w:r>
        <w:rPr/>
        <w:t>https://wa.me/50660560426?text=Hola%2C%20vi%20su%20publicaci%C3%B3n%20sobre%20los%20siete%20componentes%20del%20techo%20y%20quisiera%20hacerles%20una%20consulta.%20%5B</w:t>
      </w:r>
      <w:r>
        <w:rPr/>
        <w:t>NOV-13</w:t>
      </w:r>
      <w:r>
        <w:rPr/>
        <w:t>%5D</w:t>
      </w:r>
    </w:p>
    <w:p>
      <w:r>
        <w:rPr/>
        <w:t>Ver el artículo: Arquitectos y constructoras: cómo especificar un techo de teja asfáltica sin errores</w:t>
      </w:r>
    </w:p>
    <w:p>
      <w:pPr>
        <w:pStyle w:val="Heading1"/>
      </w:pPr>
      <w:r>
        <w:rPr/>
        <w:t>05 · El mes de un vistazo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80270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viembre-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02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/>
        <w:t>Formatos: cinco imágenes de escena, cuatro infografías, dos videos, un reel y una historia. Las de «Decidir» invitan a escribir por WhatsApp en horario de atención; las demás llevan al artículo del sitio. Diciembre y enero siguen el mismo esquema y se ajustan con lo que muestre noviembre.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233930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viembre-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393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Title"/>
      </w:pPr>
      <w:r>
        <w:rPr/>
        <w:t>Atender fuera de horario</w:t>
      </w:r>
    </w:p>
    <w:p>
      <w:r>
        <w:rPr/>
        <w:t>De lunes a viernes, de 8 a. m. a 5:30 p. m., el botón de WhatsApp del sitio abre una conversación con su equipo. Fuera de ese horario muestra un aviso y no abre. Y fuera de ese horario es justamente cuando empezaron 21 de los 44 formularios de contacto.</w:t>
      </w:r>
    </w:p>
    <w:p>
      <w:pPr>
        <w:pStyle w:val="Heading1"/>
      </w:pPr>
      <w:r>
        <w:rPr/>
        <w:t>01 · Lo que muestran sus datos</w:t>
      </w:r>
    </w:p>
    <w:p>
      <w:r>
        <w:rPr/>
        <w:t>Estadísticas del sitio, del 1 de abril al 8 de octubre de 2026. Una hora cuenta como «en horario» si se cruza con el horario del botón, aunque sea en parte.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12900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istente-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290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1800347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istente-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8003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/>
        <w:t>02 · Lo que ve un cliente, según la hora</w:t>
      </w:r>
    </w:p>
    <w:p>
      <w:r>
        <w:rPr/>
        <w:t>El sitio en un teléfono, tal como está hoy, con el reloj puesto en tres momentos (captura del 9 de octubre de 2026).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1926486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istente-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9264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/>
        <w:t>03 · Ya está previsto en el contrato</w:t>
      </w:r>
    </w:p>
    <w:p>
      <w:pPr>
        <w:pStyle w:val="Quote"/>
      </w:pPr>
    </w:p>
    <w:p>
      <w:pPr>
        <w:pStyle w:val="Quote"/>
      </w:pPr>
      <w:r>
        <w:rPr/>
        <w:t>«…orientado a generar más solicitudes de cotización y evitar pérdida de prospectos por falta de respuesta, combinando visibilidad, contenido y atención inmediata.»</w:t>
      </w:r>
    </w:p>
    <w:p>
      <w:r>
        <w:rPr>
          <w:b/>
        </w:rPr>
        <w:t>Contrato TB-0002-2026 · cláusula 2, objeto del contrato</w:t>
      </w:r>
    </w:p>
    <w:p>
      <w:pPr>
        <w:pStyle w:val="Quote"/>
      </w:pPr>
    </w:p>
    <w:p>
      <w:pPr>
        <w:pStyle w:val="Quote"/>
      </w:pPr>
      <w:r>
        <w:rPr/>
        <w:t>«Implementación de un Agente IA de atención (voz y chat) en el sitio web, con opción de integrar WhatsApp o redes sociales. Piloto de 30 días sin costo inicial. CRM incluido para registrar conversaciones, prospectos, estado de seguimiento y resultados.»</w:t>
      </w:r>
    </w:p>
    <w:p>
      <w:r>
        <w:rPr>
          <w:b/>
        </w:rPr>
        <w:t>Cláusula 9.3, atención automática de consultas y registro de prospectos</w:t>
      </w:r>
    </w:p>
    <w:p>
      <w:pPr>
        <w:pStyle w:val="Quote"/>
      </w:pPr>
    </w:p>
    <w:p>
      <w:pPr>
        <w:pStyle w:val="Quote"/>
      </w:pPr>
      <w:r>
        <w:rPr/>
        <w:t>«Atención y seguimiento (CRM): conversaciones atendidas, prospectos calificados, tiempo de respuesta y estado del seguimiento (nuevo, calificado, cotización, cierre).»</w:t>
      </w:r>
    </w:p>
    <w:p>
      <w:r>
        <w:rPr>
          <w:b/>
        </w:rPr>
        <w:t>Cláusula 11, métricas de evaluación</w:t>
      </w:r>
    </w:p>
    <w:p>
      <w:r>
        <w:rPr/>
        <w:t>CRM: el registro de cada cliente y de su conversación.</w:t>
      </w:r>
    </w:p>
    <w:p>
      <w:pPr>
        <w:pStyle w:val="Heading1"/>
      </w:pPr>
      <w:r>
        <w:rPr/>
        <w:t>04 · Qué hace Adri y qué no</w:t>
      </w:r>
    </w:p>
    <w:p>
      <w:r>
        <w:rPr/>
        <w:t>Adri es el nombre de la asistente. Responde con lo que publica su sitio y con los lineamientos de la empresa; antes del piloto, ustedes validan garantías, tiempos y cobertura (cláusula 5).</w:t>
      </w:r>
    </w:p>
    <w:p>
      <w:pPr>
        <w:pStyle w:val="Heading2"/>
      </w:pPr>
      <w:r>
        <w:rPr/>
        <w:t>Lo que hace</w:t>
      </w:r>
    </w:p>
    <w:p>
      <w:pPr>
        <w:pStyle w:val="ListBullet"/>
      </w:pPr>
      <w:r>
        <w:rPr/>
        <w:t>Responde dudas sobre teja asfáltica BP con lo que publica su sitio.</w:t>
      </w:r>
    </w:p>
    <w:p>
      <w:pPr>
        <w:pStyle w:val="ListBullet"/>
      </w:pPr>
      <w:r>
        <w:rPr/>
        <w:t>Enlaza el artículo del sitio que responde la pregunta.</w:t>
      </w:r>
    </w:p>
    <w:p>
      <w:pPr>
        <w:pStyle w:val="ListBullet"/>
      </w:pPr>
      <w:r>
        <w:rPr/>
        <w:t>Pregunta lo necesario para una cotización: qué le pasa, zona, tamaño, para cuándo, nombre y WhatsApp.</w:t>
      </w:r>
    </w:p>
    <w:p>
      <w:pPr>
        <w:pStyle w:val="ListBullet"/>
      </w:pPr>
      <w:r>
        <w:rPr/>
        <w:t>Le pasa la solicitud a un asesor en una ficha, con los datos que la persona dio.</w:t>
      </w:r>
    </w:p>
    <w:p>
      <w:pPr>
        <w:pStyle w:val="ListBullet"/>
      </w:pPr>
      <w:r>
        <w:rPr/>
        <w:t>Dice que es una asistente virtual si se lo preguntan, y le pasa a una persona si se lo piden.</w:t>
      </w:r>
    </w:p>
    <w:p>
      <w:pPr>
        <w:pStyle w:val="ListBullet"/>
      </w:pPr>
      <w:r>
        <w:rPr/>
        <w:t>Responde en inglés si le escriben en inglés.</w:t>
      </w:r>
    </w:p>
    <w:p>
      <w:pPr>
        <w:pStyle w:val="Heading2"/>
      </w:pPr>
      <w:r>
        <w:rPr/>
        <w:t>Lo que no hace</w:t>
      </w:r>
    </w:p>
    <w:p>
      <w:pPr>
        <w:pStyle w:val="ListBullet"/>
      </w:pPr>
      <w:r>
        <w:rPr/>
        <w:t>No da precios, ni rangos, ni «desde»: explica de qué depende el costo y ofrece la inspección.</w:t>
      </w:r>
    </w:p>
    <w:p>
      <w:pPr>
        <w:pStyle w:val="ListBullet"/>
      </w:pPr>
      <w:r>
        <w:rPr/>
        <w:t>No promete fechas de visita ni de instalación.</w:t>
      </w:r>
    </w:p>
    <w:p>
      <w:pPr>
        <w:pStyle w:val="ListBullet"/>
      </w:pPr>
      <w:r>
        <w:rPr/>
        <w:t>No habla de otras marcas: la línea de la empresa es BP.</w:t>
      </w:r>
    </w:p>
    <w:p>
      <w:pPr>
        <w:pStyle w:val="ListBullet"/>
      </w:pPr>
      <w:r>
        <w:rPr/>
        <w:t>No inventa: lo que no sabe se lo pasa a un asesor.</w:t>
      </w:r>
    </w:p>
    <w:p>
      <w:pPr>
        <w:pStyle w:val="ListBullet"/>
      </w:pPr>
      <w:r>
        <w:rPr/>
        <w:t>No cierra ventas ni pide cédula o tarjetas.</w:t>
      </w:r>
    </w:p>
    <w:p>
      <w:pPr>
        <w:pStyle w:val="ListBullet"/>
      </w:pPr>
      <w:r>
        <w:rPr/>
        <w:t>No reemplaza a su equipo: cotiza y decide siempre una persona.</w:t>
      </w:r>
    </w:p>
    <w:p>
      <w:pPr>
        <w:pStyle w:val="Heading1"/>
      </w:pPr>
      <w:r>
        <w:rPr/>
        <w:t>05 · Cómo le llega una solicitud a su equipo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1129517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istente-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1295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/>
        <w:t>Pasa a un asesor cuando la persona pide precio, cotización o visita; tiene una gotera activa; tiene un reclamo o una consulta de garantía; pide hablar con alguien; quiere comprar material; o pregunta algo que no está en su información.</w:t>
      </w:r>
    </w:p>
    <w:p>
      <w:pPr>
        <w:pStyle w:val="Heading1"/>
      </w:pPr>
      <w:r>
        <w:rPr/>
        <w:t>06 · ¿Y si al cliente no le gusta hablar con una asistente?</w:t>
      </w:r>
    </w:p>
    <w:p>
      <w:r>
        <w:rPr/>
        <w:t>Es la duda más razonable, y se responde mejor con una prueba que con un argumento.</w:t>
      </w:r>
    </w:p>
    <w:p>
      <w:r>
        <w:rPr>
          <w:b/>
        </w:rPr>
        <w:t>Cómo está pensada</w:t>
      </w:r>
    </w:p>
    <w:p>
      <w:pPr>
        <w:pStyle w:val="Heading2"/>
      </w:pPr>
      <w:r>
        <w:rPr/>
        <w:t>Para que nadie se sienta engañado</w:t>
      </w:r>
    </w:p>
    <w:p>
      <w:pPr>
        <w:pStyle w:val="ListBullet"/>
      </w:pPr>
      <w:r>
        <w:rPr/>
        <w:t>Se presenta como asistente virtual desde el primer mensaje.</w:t>
      </w:r>
    </w:p>
    <w:p>
      <w:pPr>
        <w:pStyle w:val="ListBullet"/>
      </w:pPr>
      <w:r>
        <w:rPr/>
        <w:t>Si la persona pide hablar con alguien, toma sus datos y le pasa la solicitud a un asesor, que la atiende en horario de oficina.</w:t>
      </w:r>
    </w:p>
    <w:p>
      <w:pPr>
        <w:pStyle w:val="ListBullet"/>
      </w:pPr>
      <w:r>
        <w:rPr/>
        <w:t>Empieza fuera de horario, cuando el botón de WhatsApp del sitio no abre. En horario, el WhatsApp sigue como hoy, atendido por su equipo.</w:t>
      </w:r>
    </w:p>
    <w:p>
      <w:pPr>
        <w:pStyle w:val="ListBullet"/>
      </w:pPr>
      <w:r>
        <w:rPr/>
        <w:t>Mensajes cortos, una pregunta a la vez, de usted.</w:t>
      </w:r>
    </w:p>
    <w:p>
      <w:r>
        <w:rPr>
          <w:b/>
        </w:rPr>
        <w:t>Lo que no sabemos todavía</w:t>
      </w:r>
    </w:p>
    <w:p>
      <w:pPr>
        <w:pStyle w:val="Heading2"/>
      </w:pPr>
      <w:r>
        <w:rPr/>
        <w:t>Cómo reaccionan sus clientes</w:t>
      </w:r>
    </w:p>
    <w:p>
      <w:r>
        <w:rPr/>
        <w:t>No hay una encuesta de satisfacción que lo diga, ni nuestra ni de otros. Por eso la propuesta es un piloto corto, con criterios para apagarla acordados antes de encenderla, y con su equipo de ventas probándola primero.</w:t>
      </w:r>
    </w:p>
    <w:p>
      <w:pPr>
        <w:pStyle w:val="Heading2"/>
      </w:pPr>
      <w:r>
        <w:rPr/>
        <w:t>Lo que registran otras empresas de Costa Rica</w:t>
      </w:r>
    </w:p>
    <w:p>
      <w:r>
        <w:rPr>
          <w:b/>
        </w:rPr>
        <w:t>Emergencias Médicas</w:t>
      </w:r>
    </w:p>
    <w:p>
      <w:r>
        <w:rPr/>
        <w:t>servicios de emergencia médica · Costa Rica · Abril a setiembre de 2026</w:t>
      </w:r>
    </w:p>
    <w:p>
      <w:r>
        <w:rPr/>
        <w:t>4 de cada 10 conversaciones de WhatsApp empezaron fuera de horario, y 8 de cada 10 personas también recibieron mensajes de un asesor del equipo.</w:t>
      </w:r>
    </w:p>
    <w:p>
      <w:r>
        <w:rPr/>
        <w:t>8 791 llamadas atendidas; la mitad (49,6 %) terminó en una transferencia a un área del equipo.</w:t>
      </w:r>
    </w:p>
    <w:p>
      <w:r>
        <w:rPr/>
        <w:t>Registros del sistema. Fuera de horario: fuera de lunes a viernes de 8:00 a 18:00, hora de Costa Rica. Conversación: una persona en un día (horario) o en un mes (primera respuesta). «Transferencia»: la asistente pasó la llamada; no indica si el área contestó.</w:t>
      </w:r>
    </w:p>
    <w:p>
      <w:r>
        <w:rPr>
          <w:b/>
        </w:rPr>
        <w:t>Motos Honda Santa Ana</w:t>
      </w:r>
    </w:p>
    <w:p>
      <w:r>
        <w:rPr/>
        <w:t>concesionario con taller · Costa Rica · 1 al 28 de setiembre de 2026</w:t>
      </w:r>
    </w:p>
    <w:p>
      <w:r>
        <w:rPr/>
        <w:t>Con el taller cerrado, el asistente respondió al menos 307 de 426 mensajes, en 25 segundos de mediana.</w:t>
      </w:r>
    </w:p>
    <w:p>
      <w:r>
        <w:rPr/>
        <w:t>688 conversaciones de WhatsApp con clientes; el asistente respondió en al menos 559 (81 %).</w:t>
      </w:r>
    </w:p>
    <w:p>
      <w:r>
        <w:rPr/>
        <w:t>Registros del sistema, sin personal del taller ni pruebas. «Al menos»: cuando el registro no distingue si respondió el asistente o una persona del taller, se cuenta como de la persona. Varios mensajes seguidos cuentan como uno.</w:t>
      </w:r>
    </w:p>
    <w:p>
      <w:r>
        <w:rPr/>
        <w:t xml:space="preserve">Cifras publicadas, con sus definiciones, en </w:t>
      </w:r>
      <w:r>
        <w:rPr/>
        <w:t>boostaiagency.com/casos</w:t>
      </w:r>
      <w:r>
        <w:rPr/>
        <w:t>. «De mediana»: la mitad de las respuestas tardó menos que eso. Muestran que la gente sí escribe y llama a un asistente, también fuera de horario, y que el equipo humano sigue la conversación; no miden satisfacción.</w:t>
      </w:r>
    </w:p>
    <w:p>
      <w:pPr>
        <w:pStyle w:val="Heading1"/>
      </w:pPr>
      <w:r>
        <w:rPr/>
        <w:t>07 · El piloto de 30 días</w:t>
      </w:r>
    </w:p>
    <w:p>
      <w:r>
        <w:rPr/>
        <w:t xml:space="preserve">Sin costo inicial (cláusula 9.3). Se enciende con el sí de </w:t>
      </w:r>
      <w:r>
        <w:rPr/>
        <w:t>la decisión 3</w:t>
      </w:r>
      <w:r>
        <w:rPr/>
        <w:t xml:space="preserve"> y con </w:t>
      </w:r>
      <w:r>
        <w:rPr/>
        <w:t>los datos de la lista</w:t>
      </w:r>
      <w:r>
        <w:rPr/>
        <w:t>; los criterios para apagarla se acuerdan con ustedes antes de encenderla.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245971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istente-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59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Qué se mide (cláusula 11)</w:t>
      </w:r>
    </w:p>
    <w:p>
      <w:pPr>
        <w:pStyle w:val="ListBullet"/>
      </w:pPr>
      <w:r>
        <w:rPr/>
        <w:t>Conversaciones atendidas fuera de horario.</w:t>
      </w:r>
    </w:p>
    <w:p>
      <w:pPr>
        <w:pStyle w:val="ListBullet"/>
      </w:pPr>
      <w:r>
        <w:rPr/>
        <w:t>Solicitudes que llegaron a un asesor, y cuántas traían zona, tamaño y plazo.</w:t>
      </w:r>
    </w:p>
    <w:p>
      <w:pPr>
        <w:pStyle w:val="ListBullet"/>
      </w:pPr>
      <w:r>
        <w:rPr/>
        <w:t>Tiempo de respuesta.</w:t>
      </w:r>
    </w:p>
    <w:p>
      <w:pPr>
        <w:pStyle w:val="ListBullet"/>
      </w:pPr>
      <w:r>
        <w:rPr/>
        <w:t>Estado del seguimiento de cada solicitud (nuevo, calificado, cotización, cierre), en el registro de prospectos que prevé la cláusula 9.3.</w:t>
      </w:r>
    </w:p>
    <w:p>
      <w:pPr>
        <w:pStyle w:val="ListBullet"/>
      </w:pPr>
      <w:r>
        <w:rPr/>
        <w:t>Además, queda registrado qué preguntaron las personas: sirve para mejorar el sitio y el material de redes.</w:t>
      </w:r>
    </w:p>
    <w:p>
      <w:r>
        <w:rPr>
          <w:b/>
        </w:rPr>
        <w:t>Se apaga si…</w:t>
      </w:r>
    </w:p>
    <w:p>
      <w:pPr>
        <w:pStyle w:val="ListBullet"/>
      </w:pPr>
      <w:r>
        <w:rPr/>
        <w:t>Da un precio, nombra otra marca o afirma algo que la empresa no validó, en una conversación real.</w:t>
      </w:r>
    </w:p>
    <w:p>
      <w:pPr>
        <w:pStyle w:val="ListBullet"/>
      </w:pPr>
      <w:r>
        <w:rPr/>
        <w:t>Su equipo lo pide, por la razón que sea.</w:t>
      </w:r>
    </w:p>
    <w:p>
      <w:r>
        <w:rPr/>
        <w:t>Apagarla es quitar el chat del sitio: el sitio vuelve a quedar como hoy.</w:t>
      </w:r>
    </w:p>
    <w:p>
      <w:pPr>
        <w:pStyle w:val="Heading1"/>
      </w:pPr>
      <w:r>
        <w:rPr/>
        <w:t>08 · Mientras tanto</w:t>
      </w:r>
    </w:p>
    <w:p>
      <w:r>
        <w:rPr>
          <w:b/>
        </w:rPr>
        <w:t>Sin costo, desde ya</w:t>
      </w:r>
    </w:p>
    <w:p>
      <w:pPr>
        <w:pStyle w:val="Heading2"/>
      </w:pPr>
      <w:r>
        <w:rPr/>
        <w:t>Abrir el WhatsApp del sitio fuera de horario</w:t>
      </w:r>
    </w:p>
    <w:p>
      <w:r>
        <w:rPr/>
        <w:t>Hoy, fuera de horario, el botón muestra un aviso («Regresaremos para atenderle en horario de oficina») y no deja escribir. Puede quedar abierto con un aviso del tipo «Le respondemos el siguiente día hábil»: el cliente deja su mensaje y su equipo lo encuentra al llegar.</w:t>
      </w:r>
    </w:p>
    <w:p>
      <w:r>
        <w:rPr/>
        <w:t xml:space="preserve">Es un ajuste del sitio que cubre el soporte del contrato (cláusula 10) y no depende de la asistente. En el mismo ajuste, los textos del botón pueden pasar a usted y dejar de prometer respuesta «en unos minutos». Solo necesita su visto bueno: es </w:t>
      </w:r>
      <w:r>
        <w:rPr/>
        <w:t>la decisión 4</w:t>
      </w:r>
      <w:r>
        <w:rPr/>
        <w:t>.</w:t>
      </w:r>
    </w:p>
    <w:p>
      <w:r>
        <w:br w:type="page"/>
      </w:r>
    </w:p>
    <w:p>
      <w:pPr>
        <w:pStyle w:val="Title"/>
      </w:pPr>
      <w:r>
        <w:rPr/>
        <w:t>Pruebe a Adri</w:t>
      </w:r>
    </w:p>
    <w:p>
      <w:r>
        <w:rPr/>
        <w:t>La asistente virtual que atendería el sitio fuera del horario de oficina. Escríbale o llámela como lo haría un cliente, con un nombre y un teléfono inventados: lo que escriba aquí llega a nuestro equipo, no al suyo.</w:t>
      </w:r>
    </w:p>
    <w:p>
      <w:pPr>
        <w:pStyle w:val="Heading1"/>
      </w:pPr>
      <w:r>
        <w:rPr/>
        <w:t>01 · Hable con ella</w:t>
      </w:r>
    </w:p>
    <w:p>
      <w:r>
        <w:rPr/>
        <w:t>En papel no se puede conversar con ella: la prueba en vivo está en la versión web de esta hoja de ruta, en informes.techosbarboza.cr, sección «Pruebe a Adri».</w:t>
      </w:r>
    </w:p>
    <w:p>
      <w:pPr>
        <w:pStyle w:val="Heading2"/>
      </w:pPr>
      <w:r>
        <w:rPr/>
        <w:t>Pruebas sugeridas</w:t>
      </w:r>
    </w:p>
    <w:p>
      <w:r>
        <w:rPr/>
        <w:t>Copie una frase y péguela en el chat, o escriba la suya. Intente hacerla fallar: para eso es la prueba.</w:t>
      </w:r>
    </w:p>
    <w:p>
      <w:pPr>
        <w:pStyle w:val="ListBullet"/>
      </w:pPr>
      <w:r>
        <w:rPr>
          <w:b/>
        </w:rPr>
        <w:t>¿Qué diferencia hay entre la teja 3-Tab y la 3D?</w:t>
      </w:r>
      <w:r>
        <w:br/>
      </w:r>
      <w:r>
        <w:rPr/>
        <w:t>Responde con la vida útil y la garantía de instalación de cada una.</w:t>
      </w:r>
    </w:p>
    <w:p>
      <w:pPr>
        <w:pStyle w:val="ListBullet"/>
      </w:pPr>
      <w:r>
        <w:rPr>
          <w:b/>
        </w:rPr>
        <w:t>¿Cuánto cuesta un techo de 120 metros cuadrados?</w:t>
      </w:r>
      <w:r>
        <w:br/>
      </w:r>
      <w:r>
        <w:rPr/>
        <w:t>No da montos ni rangos: explica de qué depende el costo y ofrece que un asesor cotice con medidas reales.</w:t>
      </w:r>
    </w:p>
    <w:p>
      <w:pPr>
        <w:pStyle w:val="ListBullet"/>
      </w:pPr>
      <w:r>
        <w:rPr>
          <w:b/>
        </w:rPr>
        <w:t>Pregunte por otra marca de tejas que usted conozca.</w:t>
      </w:r>
      <w:r>
        <w:br/>
      </w:r>
      <w:r>
        <w:rPr/>
        <w:t>Habla solo de la línea BP, la de la empresa; no compara ni opina sobre otras marcas.</w:t>
      </w:r>
    </w:p>
    <w:p>
      <w:pPr>
        <w:pStyle w:val="ListBullet"/>
      </w:pPr>
      <w:r>
        <w:rPr>
          <w:b/>
        </w:rPr>
        <w:t>¿Usted es una persona?</w:t>
      </w:r>
      <w:r>
        <w:br/>
      </w:r>
      <w:r>
        <w:rPr/>
        <w:t>Dice sin rodeos que es la asistente virtual y ofrece pasarle con una persona del equipo.</w:t>
      </w:r>
    </w:p>
    <w:p>
      <w:pPr>
        <w:pStyle w:val="ListBullet"/>
      </w:pPr>
      <w:r>
        <w:rPr>
          <w:b/>
        </w:rPr>
        <w:t>Quiero hablar con un asesor.</w:t>
      </w:r>
      <w:r>
        <w:br/>
      </w:r>
      <w:r>
        <w:rPr/>
        <w:t>Pide nombre y teléfono en un solo mensaje y pasa la ficha.</w:t>
      </w:r>
    </w:p>
    <w:p>
      <w:pPr>
        <w:pStyle w:val="ListBullet"/>
      </w:pPr>
      <w:r>
        <w:rPr>
          <w:b/>
        </w:rPr>
        <w:t>Es sábado en la noche y se me está metiendo el agua.</w:t>
      </w:r>
      <w:r>
        <w:br/>
      </w:r>
      <w:r>
        <w:rPr/>
        <w:t>Le da prioridad, toma los datos y se los pasa a un asesor; le recuerda el horario de atención sin prometer cuándo le contactan.</w:t>
      </w:r>
    </w:p>
    <w:p>
      <w:pPr>
        <w:pStyle w:val="ListBullet"/>
      </w:pPr>
      <w:r>
        <w:rPr>
          <w:b/>
        </w:rPr>
        <w:t>Soy instalador y necesito 40 paquetes de teja 3D.</w:t>
      </w:r>
      <w:r>
        <w:br/>
      </w:r>
      <w:r>
        <w:rPr/>
        <w:t>No confirma inventario ni precio: pasa la consulta como compra de material.</w:t>
      </w:r>
    </w:p>
    <w:p>
      <w:pPr>
        <w:pStyle w:val="ListBullet"/>
      </w:pPr>
      <w:r>
        <w:rPr>
          <w:b/>
        </w:rPr>
        <w:t>Pestaña «Llamada»: háblele en voz alta.</w:t>
      </w:r>
      <w:r>
        <w:br/>
      </w:r>
      <w:r>
        <w:rPr/>
        <w:t>Las mismas reglas, por voz. El navegador le pide permiso para usar el micrófono.</w:t>
      </w:r>
    </w:p>
    <w:p>
      <w:pPr>
        <w:pStyle w:val="Heading1"/>
      </w:pPr>
      <w:r>
        <w:rPr/>
        <w:t>02 · Lo que recibe su asesor</w:t>
      </w:r>
    </w:p>
    <w:p>
      <w:r>
        <w:rPr>
          <w:b/>
        </w:rPr>
        <w:t>Ficha de prospecto · 🔴 Urgente · Ana Solís</w:t>
      </w:r>
      <w:r>
        <w:rPr/>
        <w:t xml:space="preserve"> De: Adri, asistente virtual de Techos Barboza · Para: el asesor de turno</w:t>
      </w:r>
    </w:p>
    <w:p>
      <w:r>
        <w:rPr/>
        <w:t>Ficha de una conversación de prueba (9 de octubre de 2026). El teléfono está oculto.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sz w:val="19"/>
              </w:rPr>
              <w:t>Prioridad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🔴 Urgente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Motivo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urgencia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Nombre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Ana Solís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Teléfono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88XX-XXXX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Zona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Paraíso de Cartago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Necesidad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Filtración activa / entra agua en el cuarto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Para cuándo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Ahora mismo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Resumen para el asesor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La clienta indica que se le está metiendo agua en el cuarto en Paraíso de Cartago. Se le dieron pautas de seguridad y se recopilaron sus datos para traspaso.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Canal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chat del sitio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  <w:t>Recibida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  <w:t>viernes 9 de octubre de 2026, 9:34 p. m.</w:t>
            </w:r>
          </w:p>
        </w:tc>
      </w:tr>
    </w:tbl>
    <w:p>
      <w:r>
        <w:rPr/>
        <w:t>Llega en cuanto la persona deja sus datos, con lo que ya contó, para que el asesor no empiece de cero. En la demostración llega a nuestro equipo; en el piloto, a quien ustedes definan.</w:t>
      </w:r>
    </w:p>
    <w:p>
      <w:pPr>
        <w:pStyle w:val="Heading1"/>
      </w:pPr>
      <w:r>
        <w:rPr/>
        <w:t>03 · Cinco conversaciones de prueba</w:t>
      </w:r>
    </w:p>
    <w:p>
      <w:r>
        <w:rPr>
          <w:b/>
        </w:rPr>
        <w:t>Gotera un viernes en la noche</w:t>
      </w:r>
    </w:p>
    <w:p>
      <w:r>
        <w:rPr>
          <w:b/>
        </w:rPr>
        <w:t xml:space="preserve">Cliente: </w:t>
      </w:r>
      <w:r>
        <w:rPr/>
        <w:t>Se me está metiendo el agua en el cuarto, ¿qué hago?</w:t>
      </w:r>
    </w:p>
    <w:p>
      <w:r>
        <w:rPr>
          <w:b/>
        </w:rPr>
        <w:t xml:space="preserve">Adri: </w:t>
      </w:r>
      <w:r>
        <w:rPr/>
        <w:t xml:space="preserve">Por seguridad, coloque un balde para recoger el agua, aleje los cables y muebles del área afectada y evite subir al techo en este momento. </w:t>
      </w:r>
      <w:r>
        <w:br/>
      </w:r>
      <w:r>
        <w:br/>
      </w:r>
      <w:r>
        <w:rPr/>
        <w:t>Para pasar su caso a un asesor, ¿me comparte su nombre y un número de WhatsApp o teléfono?</w:t>
      </w:r>
    </w:p>
    <w:p>
      <w:r>
        <w:rPr>
          <w:b/>
        </w:rPr>
        <w:t xml:space="preserve">Cliente: </w:t>
      </w:r>
      <w:r>
        <w:rPr/>
        <w:t>Ana Solís, 88XX-XXXX, Paraíso de Cartago</w:t>
      </w:r>
    </w:p>
    <w:p>
      <w:r>
        <w:rPr>
          <w:b/>
        </w:rPr>
        <w:t xml:space="preserve">Adri: </w:t>
      </w:r>
      <w:r>
        <w:rPr/>
        <w:t xml:space="preserve">Muchas gracias, doña Ana. Ya registré su información para que un asesor del equipo le contacte; tome en cuenta que el horario de oficina es de lunes a viernes, de 8:00 a. m. a 5:30 p. m. </w:t>
      </w:r>
      <w:r>
        <w:br/>
      </w:r>
      <w:r>
        <w:br/>
      </w:r>
      <w:r>
        <w:rPr/>
        <w:t>Por ser esta una demostración, su ficha llega al equipo técnico que prepara el asistente y no al departamento de ventas.</w:t>
      </w:r>
    </w:p>
    <w:p>
      <w:r>
        <w:rPr>
          <w:b/>
        </w:rPr>
        <w:t>Insiste en un precio</w:t>
      </w:r>
    </w:p>
    <w:p>
      <w:r>
        <w:rPr>
          <w:b/>
        </w:rPr>
        <w:t xml:space="preserve">Cliente: </w:t>
      </w:r>
      <w:r>
        <w:rPr/>
        <w:t>¿Cuánto vale el metro cuadrado de teja 3D?</w:t>
      </w:r>
    </w:p>
    <w:p>
      <w:r>
        <w:rPr>
          <w:b/>
        </w:rPr>
        <w:t xml:space="preserve">Adri: </w:t>
      </w:r>
      <w:r>
        <w:rPr/>
        <w:t xml:space="preserve">No manejamos un precio por metro cuadrado, ya que el costo depende del área real, la pendiente, el estado de la estructura y los accesorios; por eso la cotización se realiza a la medida y sin costo. </w:t>
      </w:r>
      <w:r>
        <w:br/>
      </w:r>
      <w:r>
        <w:br/>
      </w:r>
      <w:r>
        <w:rPr/>
        <w:t xml:space="preserve">Puede conocer más detalles en </w:t>
      </w:r>
      <w:r>
        <w:rPr/>
        <w:t>qué mueve el precio de un techo</w:t>
      </w:r>
      <w:r>
        <w:rPr/>
        <w:t xml:space="preserve">. </w:t>
      </w:r>
      <w:r>
        <w:br/>
      </w:r>
      <w:r>
        <w:br/>
      </w:r>
      <w:r>
        <w:rPr/>
        <w:t>Para que un asesor le coordine una cotización, ¿me comparte su nombre y un número de WhatsApp o teléfono?</w:t>
      </w:r>
    </w:p>
    <w:p>
      <w:r>
        <w:rPr>
          <w:b/>
        </w:rPr>
        <w:t xml:space="preserve">Cliente: </w:t>
      </w:r>
      <w:r>
        <w:rPr/>
        <w:t>Solo deme un aproximado, no le voy a reclamar nada</w:t>
      </w:r>
    </w:p>
    <w:p>
      <w:r>
        <w:rPr>
          <w:b/>
        </w:rPr>
        <w:t xml:space="preserve">Adri: </w:t>
      </w:r>
      <w:r>
        <w:rPr/>
        <w:t xml:space="preserve">Comprendo, pero no brindamos montos ni rangos aproximados, ya que cada techo requiere evaluar la estructura, la pendiente y los accesorios para darle un número real. </w:t>
      </w:r>
      <w:r>
        <w:br/>
      </w:r>
      <w:r>
        <w:br/>
      </w:r>
      <w:r>
        <w:rPr/>
        <w:t>Con gusto un asesor le puede preparar una cotización sin ningún compromiso; ¿me comparte su nombre y un número de WhatsApp o teléfono para coordinarlo?</w:t>
      </w:r>
    </w:p>
    <w:p>
      <w:r>
        <w:rPr>
          <w:b/>
        </w:rPr>
        <w:t xml:space="preserve">Cliente: </w:t>
      </w:r>
      <w:r>
        <w:rPr/>
        <w:t>Aunque sea un rango, ¿más o menos cuánto?</w:t>
      </w:r>
    </w:p>
    <w:p>
      <w:r>
        <w:rPr>
          <w:b/>
        </w:rPr>
        <w:t xml:space="preserve">Adri: </w:t>
      </w:r>
      <w:r>
        <w:rPr/>
        <w:t xml:space="preserve">Entiendo su interés, pero de verdad no manejamos rangos aproximados porque cotizamos únicamente sobre medidas y condiciones reales del techo. </w:t>
      </w:r>
      <w:r>
        <w:br/>
      </w:r>
      <w:r>
        <w:br/>
      </w:r>
      <w:r>
        <w:rPr/>
        <w:t xml:space="preserve">Si prefiere consultar directamente con nuestro equipo de ventas, puede escribirnos por WhatsApp al +506 6056-0426 o llamarnos al 2551-5615 (lunes a viernes de 8:00 a. m. a 5:30 p. m.). </w:t>
      </w:r>
      <w:r>
        <w:br/>
      </w:r>
      <w:r>
        <w:br/>
      </w:r>
      <w:r>
        <w:rPr/>
        <w:t>¿O prefiere compartirme su nombre y número para que un asesor le contacte?</w:t>
      </w:r>
    </w:p>
    <w:p>
      <w:r>
        <w:rPr>
          <w:b/>
        </w:rPr>
        <w:t>Pregunta si es una persona</w:t>
      </w:r>
    </w:p>
    <w:p>
      <w:r>
        <w:rPr>
          <w:b/>
        </w:rPr>
        <w:t xml:space="preserve">Cliente: </w:t>
      </w:r>
      <w:r>
        <w:rPr/>
        <w:t>¿Usted es una persona o un robot?</w:t>
      </w:r>
    </w:p>
    <w:p>
      <w:r>
        <w:rPr>
          <w:b/>
        </w:rPr>
        <w:t xml:space="preserve">Adri: </w:t>
      </w:r>
      <w:r>
        <w:rPr/>
        <w:t>Soy la asistente virtual de Techos Barboza. Puedo orientarle con dudas sobre nuestros servicios y productos, o si lo prefiere, con mucho gusto paso su consulta a una persona del equipo. ¿En qué le puedo colaborar?</w:t>
      </w:r>
    </w:p>
    <w:p>
      <w:r>
        <w:rPr>
          <w:b/>
        </w:rPr>
        <w:t>Un cliente molesto</w:t>
      </w:r>
    </w:p>
    <w:p>
      <w:r>
        <w:rPr>
          <w:b/>
        </w:rPr>
        <w:t xml:space="preserve">Cliente: </w:t>
      </w:r>
      <w:r>
        <w:rPr/>
        <w:t>Ustedes me instalaron el techo el año pasado y ya tiene goteras, estoy muy molesto</w:t>
      </w:r>
    </w:p>
    <w:p>
      <w:r>
        <w:rPr>
          <w:b/>
        </w:rPr>
        <w:t xml:space="preserve">Adri: </w:t>
      </w:r>
      <w:r>
        <w:rPr/>
        <w:t xml:space="preserve">Comprendo completamente su molestia con esta situación en su techo. </w:t>
      </w:r>
      <w:r>
        <w:br/>
      </w:r>
      <w:r>
        <w:br/>
      </w:r>
      <w:r>
        <w:rPr/>
        <w:t>Para pasar su caso al equipo y que un asesor le contacte para revisar el tema de la garantía, ¿me comparte por favor su nombre y un número de WhatsApp o teléfono?</w:t>
      </w:r>
    </w:p>
    <w:p>
      <w:r>
        <w:rPr>
          <w:b/>
        </w:rPr>
        <w:t xml:space="preserve">Cliente: </w:t>
      </w:r>
      <w:r>
        <w:rPr/>
        <w:t>Jorge Vargas, 83XX-XXXX</w:t>
      </w:r>
    </w:p>
    <w:p>
      <w:r>
        <w:rPr>
          <w:b/>
        </w:rPr>
        <w:t xml:space="preserve">Adri: </w:t>
      </w:r>
      <w:r>
        <w:rPr/>
        <w:t xml:space="preserve">Muchas gracias, don Jorge; ya pasé su reporte para que un asesor del equipo le contacte y revise su caso con prioridad. </w:t>
      </w:r>
      <w:r>
        <w:br/>
      </w:r>
      <w:r>
        <w:br/>
      </w:r>
      <w:r>
        <w:rPr/>
        <w:t>Por ser una demostración, esta ficha llega al equipo que prepara la asistente y no directamente al de ventas; como dato, nuestro horario de oficina es de lunes a viernes, de 8:00 a. m. a 5:30 p. m.</w:t>
      </w:r>
    </w:p>
    <w:p>
      <w:r>
        <w:rPr>
          <w:b/>
        </w:rPr>
        <w:t>Quiere la visita un sábado</w:t>
      </w:r>
    </w:p>
    <w:p>
      <w:r>
        <w:rPr>
          <w:b/>
        </w:rPr>
        <w:t xml:space="preserve">Cliente: </w:t>
      </w:r>
      <w:r>
        <w:rPr/>
        <w:t>¿Me pueden ir a medir mañana sábado en la mañana?</w:t>
      </w:r>
    </w:p>
    <w:p>
      <w:r>
        <w:rPr>
          <w:b/>
        </w:rPr>
        <w:t xml:space="preserve">Adri: </w:t>
      </w:r>
      <w:r>
        <w:rPr/>
        <w:t xml:space="preserve">La visita técnica no tiene costo y la fecha la coordina directamente un asesor. </w:t>
      </w:r>
      <w:r>
        <w:br/>
      </w:r>
      <w:r>
        <w:br/>
      </w:r>
      <w:r>
        <w:rPr/>
        <w:t>Para pasar su solicitud al equipo y que le contacten, ¿me comparte su nombre y un número de WhatsApp o teléfono?</w:t>
      </w:r>
    </w:p>
    <w:p>
      <w:r>
        <w:rPr/>
        <w:t>Conversaciones de prueba con la asistente: los mensajes del cliente los escribió nuestro equipo el 9 de octubre de 2026. Sin editar; los nombres son inventados y los teléfonos están ocultos.</w:t>
      </w:r>
    </w:p>
    <w:p>
      <w:pPr>
        <w:pStyle w:val="Heading1"/>
      </w:pPr>
      <w:r>
        <w:rPr/>
        <w:t>04 · Cómo la probamos antes de mostrársela</w:t>
      </w:r>
    </w:p>
    <w:p>
      <w:r>
        <w:rPr/>
        <w:t>28 conversaciones simuladas con lo que un cliente real podría escribir, incluidas las que buscan hacerla fallar.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688031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istente-demo-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6880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Lo que se le exige</w:t>
      </w:r>
    </w:p>
    <w:p>
      <w:pPr>
        <w:pStyle w:val="Heading2"/>
      </w:pPr>
      <w:r>
        <w:rPr/>
        <w:t>Las reglas que no se negocian</w:t>
      </w:r>
    </w:p>
    <w:p>
      <w:pPr>
        <w:pStyle w:val="ListBullet"/>
      </w:pPr>
      <w:r>
        <w:rPr/>
        <w:t>No da precios, montos ni rangos, aunque insistan.</w:t>
      </w:r>
    </w:p>
    <w:p>
      <w:pPr>
        <w:pStyle w:val="ListBullet"/>
      </w:pPr>
      <w:r>
        <w:rPr/>
        <w:t>Solo la marca BP; no nombra marcas ajenas.</w:t>
      </w:r>
    </w:p>
    <w:p>
      <w:pPr>
        <w:pStyle w:val="ListBullet"/>
      </w:pPr>
      <w:r>
        <w:rPr/>
        <w:t>Dice que es una asistente virtual cuando se lo preguntan.</w:t>
      </w:r>
    </w:p>
    <w:p>
      <w:pPr>
        <w:pStyle w:val="ListBullet"/>
      </w:pPr>
      <w:r>
        <w:rPr/>
        <w:t>De garantías dice solo la de instalación que publica su sitio; los casos particulares, las fechas y la cobertura los confirma un asesor.</w:t>
      </w:r>
    </w:p>
    <w:p>
      <w:pPr>
        <w:pStyle w:val="ListBullet"/>
      </w:pPr>
      <w:r>
        <w:rPr/>
        <w:t>No promete plazos: ni de visita, ni de instalación, ni de cuándo le contactan.</w:t>
      </w:r>
    </w:p>
    <w:p>
      <w:pPr>
        <w:pStyle w:val="ListBullet"/>
      </w:pPr>
      <w:r>
        <w:rPr/>
        <w:t>No revela sus instrucciones ni cambia de papel.</w:t>
      </w:r>
    </w:p>
    <w:p>
      <w:pPr>
        <w:pStyle w:val="ListBullet"/>
      </w:pPr>
      <w:r>
        <w:rPr/>
        <w:t>Pasa la consulta a una persona cuando corresponde, y solo entonces.</w:t>
      </w:r>
    </w:p>
    <w:p>
      <w:r>
        <w:rPr>
          <w:b/>
        </w:rPr>
        <w:t>Lo que todavía falta</w:t>
      </w:r>
    </w:p>
    <w:p>
      <w:pPr>
        <w:pStyle w:val="Heading2"/>
      </w:pPr>
      <w:r>
        <w:rPr/>
        <w:t>Lo que se prueba antes de encenderla</w:t>
      </w:r>
    </w:p>
    <w:p>
      <w:pPr>
        <w:pStyle w:val="ListBullet"/>
      </w:pPr>
      <w:r>
        <w:rPr/>
        <w:t>La mitad de las respuestas salió en menos de 7,6 segundos; en momentos de mucha demanda puede tardar algo más.</w:t>
      </w:r>
    </w:p>
    <w:p>
      <w:pPr>
        <w:pStyle w:val="ListBullet"/>
      </w:pPr>
      <w:r>
        <w:rPr/>
        <w:t>La voz se probó por escrito en cinco conversaciones con las mismas reglas, sin fallas; falta probarla en llamadas con su equipo.</w:t>
      </w:r>
    </w:p>
    <w:p>
      <w:pPr>
        <w:pStyle w:val="ListBullet"/>
      </w:pPr>
      <w:r>
        <w:rPr/>
        <w:t>Su equipo de ventas intenta hacerla fallar durante una semana; lo que falle se corrige antes de encenderla.</w:t>
      </w:r>
    </w:p>
    <w:p>
      <w:pPr>
        <w:pStyle w:val="ListBullet"/>
      </w:pPr>
      <w:r>
        <w:rPr/>
        <w:t xml:space="preserve">Los datos que hoy confirma un asesor (zonas, horario, garantías) se cargan cuando ustedes los envíen: </w:t>
      </w:r>
      <w:r>
        <w:rPr/>
        <w:t>la lista</w:t>
      </w:r>
      <w:r>
        <w:rPr/>
        <w:t>.</w:t>
      </w:r>
    </w:p>
    <w:p>
      <w:r>
        <w:rPr>
          <w:color w:val="5B6776"/>
          <w:sz w:val="18"/>
        </w:rPr>
        <w:t>Boost AI Agency · cloud@boostaiagency.com · La prueba en vivo de la asistente está en la versión web de esta hoja de ruta.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76D2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76D2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22B3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976D2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Boost AI Agency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ruta: redes sociales y asistente virtual · Techos Barboza</dc:title>
  <dc:subject>Techos Barboza</dc:subject>
  <dc:creator>Boost AI Agency</dc:creator>
  <cp:keywords/>
  <dc:description/>
  <cp:lastModifiedBy>Boost AI Agency</cp:lastModifiedBy>
  <cp:revision>1</cp:revision>
  <dcterms:created xsi:type="dcterms:W3CDTF">2026-10-28T10:31:30Z</dcterms:created>
  <dcterms:modified xsi:type="dcterms:W3CDTF">2026-10-28T10:31:30Z</dcterms:modified>
  <cp:category/>
</cp:coreProperties>
</file>